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89E0F" w14:textId="77777777" w:rsidR="00390106" w:rsidRDefault="00000000">
      <w:pPr>
        <w:jc w:val="center"/>
      </w:pPr>
      <w:r>
        <w:rPr>
          <w:noProof/>
        </w:rPr>
        <w:drawing>
          <wp:inline distT="0" distB="0" distL="0" distR="0" wp14:anchorId="062E6303" wp14:editId="2AF55A38">
            <wp:extent cx="1866122" cy="1354337"/>
            <wp:effectExtent l="0" t="0" r="127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png"/>
                    <pic:cNvPicPr/>
                  </pic:nvPicPr>
                  <pic:blipFill rotWithShape="1">
                    <a:blip r:embed="rId8"/>
                    <a:srcRect t="11522" b="159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3673" cy="1367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04A08F" w14:textId="63B6C24B" w:rsidR="00390106" w:rsidRDefault="00000000">
      <w:pPr>
        <w:jc w:val="center"/>
      </w:pPr>
      <w:proofErr w:type="spellStart"/>
      <w:r>
        <w:rPr>
          <w:b/>
          <w:color w:val="6F8B84"/>
          <w:sz w:val="36"/>
        </w:rPr>
        <w:t>Ernährungs</w:t>
      </w:r>
      <w:r w:rsidR="00A47123">
        <w:rPr>
          <w:b/>
          <w:color w:val="6F8B84"/>
          <w:sz w:val="36"/>
        </w:rPr>
        <w:t>protokoll</w:t>
      </w:r>
      <w:proofErr w:type="spellEnd"/>
    </w:p>
    <w:p w14:paraId="1C905236" w14:textId="259D0813" w:rsidR="00390106" w:rsidRDefault="00000000">
      <w:r>
        <w:rPr>
          <w:b/>
        </w:rPr>
        <w:t xml:space="preserve">Name: </w:t>
      </w:r>
      <w:r>
        <w:t>____________________</w:t>
      </w:r>
      <w:r w:rsidR="007A745D">
        <w:t>___</w:t>
      </w:r>
      <w:r w:rsidR="009B5E12">
        <w:t>____</w:t>
      </w:r>
      <w:r w:rsidR="007A745D">
        <w:t>_</w:t>
      </w:r>
      <w:r>
        <w:t xml:space="preserve">     </w:t>
      </w:r>
      <w:r w:rsidR="007A745D">
        <w:t xml:space="preserve">      </w:t>
      </w:r>
      <w:r>
        <w:t xml:space="preserve"> </w:t>
      </w:r>
      <w:proofErr w:type="spellStart"/>
      <w:r>
        <w:rPr>
          <w:b/>
        </w:rPr>
        <w:t>Zeitraum</w:t>
      </w:r>
      <w:proofErr w:type="spellEnd"/>
      <w:r>
        <w:rPr>
          <w:b/>
        </w:rPr>
        <w:t xml:space="preserve">: </w:t>
      </w:r>
      <w:r>
        <w:t>____________________</w:t>
      </w: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956"/>
        <w:gridCol w:w="1130"/>
        <w:gridCol w:w="6681"/>
        <w:gridCol w:w="2350"/>
        <w:gridCol w:w="3353"/>
      </w:tblGrid>
      <w:tr w:rsidR="00390106" w14:paraId="36DB1E7D" w14:textId="77777777" w:rsidTr="007A745D">
        <w:trPr>
          <w:jc w:val="center"/>
        </w:trPr>
        <w:tc>
          <w:tcPr>
            <w:tcW w:w="959" w:type="dxa"/>
            <w:vAlign w:val="center"/>
          </w:tcPr>
          <w:p w14:paraId="67AEA74C" w14:textId="77777777" w:rsidR="00390106" w:rsidRDefault="00000000">
            <w:r>
              <w:rPr>
                <w:b/>
              </w:rPr>
              <w:t>Datum</w:t>
            </w:r>
          </w:p>
        </w:tc>
        <w:tc>
          <w:tcPr>
            <w:tcW w:w="1134" w:type="dxa"/>
            <w:vAlign w:val="center"/>
          </w:tcPr>
          <w:p w14:paraId="32550BF7" w14:textId="77777777" w:rsidR="00390106" w:rsidRDefault="00000000">
            <w:r>
              <w:rPr>
                <w:b/>
              </w:rPr>
              <w:t>Uhrzeit</w:t>
            </w:r>
          </w:p>
        </w:tc>
        <w:tc>
          <w:tcPr>
            <w:tcW w:w="6804" w:type="dxa"/>
            <w:vAlign w:val="center"/>
          </w:tcPr>
          <w:p w14:paraId="03B8D827" w14:textId="5E007355" w:rsidR="00390106" w:rsidRDefault="00000000" w:rsidP="00A47123">
            <w:pPr>
              <w:jc w:val="center"/>
            </w:pPr>
            <w:proofErr w:type="spellStart"/>
            <w:r>
              <w:rPr>
                <w:b/>
              </w:rPr>
              <w:t>Mahlzeit</w:t>
            </w:r>
            <w:proofErr w:type="spellEnd"/>
            <w:r w:rsidR="0017710B">
              <w:rPr>
                <w:b/>
              </w:rPr>
              <w:t>/</w:t>
            </w:r>
            <w:proofErr w:type="spellStart"/>
            <w:r w:rsidR="0017710B">
              <w:rPr>
                <w:b/>
              </w:rPr>
              <w:t>Getränke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genau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auflisten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387" w:type="dxa"/>
            <w:vAlign w:val="center"/>
          </w:tcPr>
          <w:p w14:paraId="65490657" w14:textId="69566A96" w:rsidR="00390106" w:rsidRDefault="00A47123" w:rsidP="00A47123">
            <w:pPr>
              <w:jc w:val="center"/>
            </w:pPr>
            <w:r>
              <w:rPr>
                <w:b/>
              </w:rPr>
              <w:t xml:space="preserve">Hunger </w:t>
            </w:r>
            <w:proofErr w:type="spellStart"/>
            <w:r>
              <w:rPr>
                <w:b/>
              </w:rPr>
              <w:t>vor</w:t>
            </w:r>
            <w:proofErr w:type="spellEnd"/>
            <w:r>
              <w:rPr>
                <w:b/>
              </w:rPr>
              <w:t xml:space="preserve"> dem Essen (0-10)</w:t>
            </w:r>
          </w:p>
        </w:tc>
        <w:tc>
          <w:tcPr>
            <w:tcW w:w="3412" w:type="dxa"/>
            <w:vAlign w:val="center"/>
          </w:tcPr>
          <w:p w14:paraId="3D851DF5" w14:textId="29FD836F" w:rsidR="00390106" w:rsidRPr="00A47123" w:rsidRDefault="00A47123" w:rsidP="00A47123">
            <w:pPr>
              <w:jc w:val="center"/>
              <w:rPr>
                <w:b/>
              </w:rPr>
            </w:pPr>
            <w:proofErr w:type="spellStart"/>
            <w:r w:rsidRPr="00A47123">
              <w:rPr>
                <w:b/>
              </w:rPr>
              <w:t>Sättigung</w:t>
            </w:r>
            <w:proofErr w:type="spellEnd"/>
            <w:r w:rsidRPr="00A47123">
              <w:rPr>
                <w:b/>
              </w:rPr>
              <w:t xml:space="preserve"> </w:t>
            </w:r>
            <w:proofErr w:type="spellStart"/>
            <w:r w:rsidRPr="00A47123">
              <w:rPr>
                <w:b/>
              </w:rPr>
              <w:t>nach</w:t>
            </w:r>
            <w:proofErr w:type="spellEnd"/>
            <w:r w:rsidRPr="00A47123">
              <w:rPr>
                <w:b/>
              </w:rPr>
              <w:t xml:space="preserve"> dem Essen </w:t>
            </w:r>
            <w:r>
              <w:rPr>
                <w:b/>
              </w:rPr>
              <w:br/>
            </w:r>
            <w:r w:rsidRPr="00A47123">
              <w:rPr>
                <w:b/>
              </w:rPr>
              <w:t>(0-10)</w:t>
            </w:r>
          </w:p>
        </w:tc>
      </w:tr>
      <w:tr w:rsidR="00390106" w14:paraId="687697EA" w14:textId="77777777" w:rsidTr="007A745D">
        <w:trPr>
          <w:trHeight w:val="721"/>
          <w:jc w:val="center"/>
        </w:trPr>
        <w:tc>
          <w:tcPr>
            <w:tcW w:w="959" w:type="dxa"/>
          </w:tcPr>
          <w:p w14:paraId="0F2D7D20" w14:textId="77777777" w:rsidR="00390106" w:rsidRDefault="00390106"/>
        </w:tc>
        <w:tc>
          <w:tcPr>
            <w:tcW w:w="1134" w:type="dxa"/>
          </w:tcPr>
          <w:p w14:paraId="5F25F4B0" w14:textId="77777777" w:rsidR="00390106" w:rsidRDefault="00390106"/>
        </w:tc>
        <w:tc>
          <w:tcPr>
            <w:tcW w:w="6804" w:type="dxa"/>
          </w:tcPr>
          <w:p w14:paraId="4E28E964" w14:textId="77777777" w:rsidR="00390106" w:rsidRDefault="00390106" w:rsidP="00A47123"/>
        </w:tc>
        <w:tc>
          <w:tcPr>
            <w:tcW w:w="2387" w:type="dxa"/>
          </w:tcPr>
          <w:p w14:paraId="128E78EC" w14:textId="77777777" w:rsidR="00390106" w:rsidRDefault="00390106"/>
        </w:tc>
        <w:tc>
          <w:tcPr>
            <w:tcW w:w="3412" w:type="dxa"/>
          </w:tcPr>
          <w:p w14:paraId="7EC1B62B" w14:textId="77777777" w:rsidR="00390106" w:rsidRDefault="00390106"/>
        </w:tc>
      </w:tr>
      <w:tr w:rsidR="00390106" w14:paraId="4608D770" w14:textId="77777777" w:rsidTr="007A745D">
        <w:trPr>
          <w:trHeight w:val="689"/>
          <w:jc w:val="center"/>
        </w:trPr>
        <w:tc>
          <w:tcPr>
            <w:tcW w:w="959" w:type="dxa"/>
          </w:tcPr>
          <w:p w14:paraId="28AED56F" w14:textId="77777777" w:rsidR="00390106" w:rsidRDefault="00390106"/>
        </w:tc>
        <w:tc>
          <w:tcPr>
            <w:tcW w:w="1134" w:type="dxa"/>
          </w:tcPr>
          <w:p w14:paraId="563ECC9A" w14:textId="77777777" w:rsidR="00390106" w:rsidRDefault="00390106"/>
        </w:tc>
        <w:tc>
          <w:tcPr>
            <w:tcW w:w="6804" w:type="dxa"/>
          </w:tcPr>
          <w:p w14:paraId="423C2283" w14:textId="77777777" w:rsidR="00390106" w:rsidRDefault="00390106"/>
        </w:tc>
        <w:tc>
          <w:tcPr>
            <w:tcW w:w="2387" w:type="dxa"/>
          </w:tcPr>
          <w:p w14:paraId="1804CB04" w14:textId="77777777" w:rsidR="00390106" w:rsidRDefault="00390106"/>
        </w:tc>
        <w:tc>
          <w:tcPr>
            <w:tcW w:w="3412" w:type="dxa"/>
          </w:tcPr>
          <w:p w14:paraId="0AED209D" w14:textId="77777777" w:rsidR="00390106" w:rsidRDefault="00390106"/>
        </w:tc>
      </w:tr>
      <w:tr w:rsidR="00390106" w14:paraId="67F708B4" w14:textId="77777777" w:rsidTr="007A745D">
        <w:trPr>
          <w:trHeight w:val="713"/>
          <w:jc w:val="center"/>
        </w:trPr>
        <w:tc>
          <w:tcPr>
            <w:tcW w:w="959" w:type="dxa"/>
          </w:tcPr>
          <w:p w14:paraId="5C3DCA90" w14:textId="77777777" w:rsidR="00390106" w:rsidRDefault="00390106"/>
        </w:tc>
        <w:tc>
          <w:tcPr>
            <w:tcW w:w="1134" w:type="dxa"/>
          </w:tcPr>
          <w:p w14:paraId="4990DF36" w14:textId="77777777" w:rsidR="00390106" w:rsidRDefault="00390106"/>
        </w:tc>
        <w:tc>
          <w:tcPr>
            <w:tcW w:w="6804" w:type="dxa"/>
          </w:tcPr>
          <w:p w14:paraId="55CFFFD8" w14:textId="77777777" w:rsidR="00390106" w:rsidRDefault="00390106"/>
        </w:tc>
        <w:tc>
          <w:tcPr>
            <w:tcW w:w="2387" w:type="dxa"/>
          </w:tcPr>
          <w:p w14:paraId="2796EA85" w14:textId="77777777" w:rsidR="00390106" w:rsidRDefault="00390106"/>
        </w:tc>
        <w:tc>
          <w:tcPr>
            <w:tcW w:w="3412" w:type="dxa"/>
          </w:tcPr>
          <w:p w14:paraId="63AFBD1E" w14:textId="77777777" w:rsidR="00390106" w:rsidRDefault="00390106"/>
        </w:tc>
      </w:tr>
      <w:tr w:rsidR="00390106" w14:paraId="3E169211" w14:textId="77777777" w:rsidTr="007A745D">
        <w:trPr>
          <w:trHeight w:val="694"/>
          <w:jc w:val="center"/>
        </w:trPr>
        <w:tc>
          <w:tcPr>
            <w:tcW w:w="959" w:type="dxa"/>
          </w:tcPr>
          <w:p w14:paraId="0B15D54F" w14:textId="77777777" w:rsidR="00390106" w:rsidRDefault="00390106"/>
        </w:tc>
        <w:tc>
          <w:tcPr>
            <w:tcW w:w="1134" w:type="dxa"/>
          </w:tcPr>
          <w:p w14:paraId="5FA4EB19" w14:textId="77777777" w:rsidR="00390106" w:rsidRDefault="00390106"/>
        </w:tc>
        <w:tc>
          <w:tcPr>
            <w:tcW w:w="6804" w:type="dxa"/>
          </w:tcPr>
          <w:p w14:paraId="54DC0F26" w14:textId="77777777" w:rsidR="00390106" w:rsidRDefault="00390106"/>
        </w:tc>
        <w:tc>
          <w:tcPr>
            <w:tcW w:w="2387" w:type="dxa"/>
          </w:tcPr>
          <w:p w14:paraId="193E0251" w14:textId="77777777" w:rsidR="00390106" w:rsidRDefault="00390106"/>
        </w:tc>
        <w:tc>
          <w:tcPr>
            <w:tcW w:w="3412" w:type="dxa"/>
          </w:tcPr>
          <w:p w14:paraId="7AEBAB46" w14:textId="77777777" w:rsidR="00390106" w:rsidRDefault="00390106"/>
        </w:tc>
      </w:tr>
      <w:tr w:rsidR="00390106" w14:paraId="07791ABA" w14:textId="77777777" w:rsidTr="007A745D">
        <w:trPr>
          <w:trHeight w:val="705"/>
          <w:jc w:val="center"/>
        </w:trPr>
        <w:tc>
          <w:tcPr>
            <w:tcW w:w="959" w:type="dxa"/>
          </w:tcPr>
          <w:p w14:paraId="02EE76C3" w14:textId="77777777" w:rsidR="00390106" w:rsidRDefault="00390106"/>
        </w:tc>
        <w:tc>
          <w:tcPr>
            <w:tcW w:w="1134" w:type="dxa"/>
          </w:tcPr>
          <w:p w14:paraId="114ECF7D" w14:textId="77777777" w:rsidR="00390106" w:rsidRDefault="00390106"/>
        </w:tc>
        <w:tc>
          <w:tcPr>
            <w:tcW w:w="6804" w:type="dxa"/>
          </w:tcPr>
          <w:p w14:paraId="177AAE2E" w14:textId="77777777" w:rsidR="00390106" w:rsidRDefault="00390106"/>
        </w:tc>
        <w:tc>
          <w:tcPr>
            <w:tcW w:w="2387" w:type="dxa"/>
          </w:tcPr>
          <w:p w14:paraId="5878D4EE" w14:textId="77777777" w:rsidR="00390106" w:rsidRDefault="00390106"/>
        </w:tc>
        <w:tc>
          <w:tcPr>
            <w:tcW w:w="3412" w:type="dxa"/>
          </w:tcPr>
          <w:p w14:paraId="2E8D8D79" w14:textId="77777777" w:rsidR="00390106" w:rsidRDefault="00390106"/>
        </w:tc>
      </w:tr>
      <w:tr w:rsidR="00390106" w14:paraId="0F55BA6B" w14:textId="77777777" w:rsidTr="007A745D">
        <w:trPr>
          <w:trHeight w:val="687"/>
          <w:jc w:val="center"/>
        </w:trPr>
        <w:tc>
          <w:tcPr>
            <w:tcW w:w="959" w:type="dxa"/>
          </w:tcPr>
          <w:p w14:paraId="4C02F4C9" w14:textId="77777777" w:rsidR="00390106" w:rsidRDefault="00390106"/>
        </w:tc>
        <w:tc>
          <w:tcPr>
            <w:tcW w:w="1134" w:type="dxa"/>
          </w:tcPr>
          <w:p w14:paraId="2875AB19" w14:textId="77777777" w:rsidR="00390106" w:rsidRDefault="00390106"/>
        </w:tc>
        <w:tc>
          <w:tcPr>
            <w:tcW w:w="6804" w:type="dxa"/>
          </w:tcPr>
          <w:p w14:paraId="45319D06" w14:textId="77777777" w:rsidR="00390106" w:rsidRDefault="00390106"/>
        </w:tc>
        <w:tc>
          <w:tcPr>
            <w:tcW w:w="2387" w:type="dxa"/>
          </w:tcPr>
          <w:p w14:paraId="1B61B8D6" w14:textId="77777777" w:rsidR="00390106" w:rsidRDefault="00390106"/>
        </w:tc>
        <w:tc>
          <w:tcPr>
            <w:tcW w:w="3412" w:type="dxa"/>
          </w:tcPr>
          <w:p w14:paraId="0EFCB26D" w14:textId="77777777" w:rsidR="00390106" w:rsidRDefault="00390106"/>
        </w:tc>
      </w:tr>
      <w:tr w:rsidR="00390106" w14:paraId="1781843E" w14:textId="77777777" w:rsidTr="007A745D">
        <w:trPr>
          <w:trHeight w:val="710"/>
          <w:jc w:val="center"/>
        </w:trPr>
        <w:tc>
          <w:tcPr>
            <w:tcW w:w="959" w:type="dxa"/>
          </w:tcPr>
          <w:p w14:paraId="66DD64E6" w14:textId="77777777" w:rsidR="00390106" w:rsidRDefault="00390106"/>
        </w:tc>
        <w:tc>
          <w:tcPr>
            <w:tcW w:w="1134" w:type="dxa"/>
          </w:tcPr>
          <w:p w14:paraId="5674B713" w14:textId="77777777" w:rsidR="00390106" w:rsidRDefault="00390106"/>
        </w:tc>
        <w:tc>
          <w:tcPr>
            <w:tcW w:w="6804" w:type="dxa"/>
          </w:tcPr>
          <w:p w14:paraId="56A046D7" w14:textId="77777777" w:rsidR="00390106" w:rsidRDefault="00390106"/>
        </w:tc>
        <w:tc>
          <w:tcPr>
            <w:tcW w:w="2387" w:type="dxa"/>
          </w:tcPr>
          <w:p w14:paraId="5DCA985F" w14:textId="77777777" w:rsidR="00390106" w:rsidRDefault="00390106"/>
        </w:tc>
        <w:tc>
          <w:tcPr>
            <w:tcW w:w="3412" w:type="dxa"/>
          </w:tcPr>
          <w:p w14:paraId="40444E6D" w14:textId="77777777" w:rsidR="00390106" w:rsidRDefault="00390106"/>
        </w:tc>
      </w:tr>
      <w:tr w:rsidR="00390106" w14:paraId="15C824B8" w14:textId="77777777" w:rsidTr="007A745D">
        <w:trPr>
          <w:trHeight w:val="565"/>
          <w:jc w:val="center"/>
        </w:trPr>
        <w:tc>
          <w:tcPr>
            <w:tcW w:w="959" w:type="dxa"/>
          </w:tcPr>
          <w:p w14:paraId="5EBAED6D" w14:textId="77777777" w:rsidR="00390106" w:rsidRDefault="00390106"/>
        </w:tc>
        <w:tc>
          <w:tcPr>
            <w:tcW w:w="1134" w:type="dxa"/>
          </w:tcPr>
          <w:p w14:paraId="44336390" w14:textId="77777777" w:rsidR="00390106" w:rsidRDefault="00390106"/>
        </w:tc>
        <w:tc>
          <w:tcPr>
            <w:tcW w:w="6804" w:type="dxa"/>
          </w:tcPr>
          <w:p w14:paraId="027F538C" w14:textId="77777777" w:rsidR="00390106" w:rsidRDefault="00390106"/>
        </w:tc>
        <w:tc>
          <w:tcPr>
            <w:tcW w:w="2387" w:type="dxa"/>
          </w:tcPr>
          <w:p w14:paraId="69B4D93B" w14:textId="77777777" w:rsidR="00390106" w:rsidRDefault="00390106"/>
        </w:tc>
        <w:tc>
          <w:tcPr>
            <w:tcW w:w="3412" w:type="dxa"/>
          </w:tcPr>
          <w:p w14:paraId="59FE8F31" w14:textId="77777777" w:rsidR="00390106" w:rsidRDefault="00390106"/>
        </w:tc>
      </w:tr>
    </w:tbl>
    <w:p w14:paraId="3A35591F" w14:textId="77777777" w:rsidR="00390106" w:rsidRDefault="00390106"/>
    <w:p w14:paraId="47DA56D4" w14:textId="72524397" w:rsidR="007A745D" w:rsidRDefault="00000000">
      <w:r>
        <w:rPr>
          <w:b/>
        </w:rPr>
        <w:t xml:space="preserve">Tagesnotizen: </w:t>
      </w:r>
      <w:r>
        <w:t xml:space="preserve">Stuhlgang: ____________________    Stress (0–10): ______    </w:t>
      </w:r>
      <w:proofErr w:type="spellStart"/>
      <w:r>
        <w:t>Bewegung</w:t>
      </w:r>
      <w:proofErr w:type="spellEnd"/>
      <w:r>
        <w:t xml:space="preserve">: ____________________    </w:t>
      </w:r>
      <w:proofErr w:type="spellStart"/>
      <w:r>
        <w:t>Besonderheiten</w:t>
      </w:r>
      <w:proofErr w:type="spellEnd"/>
      <w:r>
        <w:t>: ______________________________</w:t>
      </w:r>
    </w:p>
    <w:p w14:paraId="47499080" w14:textId="77777777" w:rsidR="00A47123" w:rsidRDefault="00A47123" w:rsidP="00A47123">
      <w:pPr>
        <w:jc w:val="center"/>
      </w:pPr>
      <w:r>
        <w:rPr>
          <w:noProof/>
        </w:rPr>
        <w:lastRenderedPageBreak/>
        <w:drawing>
          <wp:inline distT="0" distB="0" distL="0" distR="0" wp14:anchorId="1EDD73A8" wp14:editId="30AAAFE6">
            <wp:extent cx="1866122" cy="1354337"/>
            <wp:effectExtent l="0" t="0" r="1270" b="5080"/>
            <wp:docPr id="9279518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png"/>
                    <pic:cNvPicPr/>
                  </pic:nvPicPr>
                  <pic:blipFill rotWithShape="1">
                    <a:blip r:embed="rId8"/>
                    <a:srcRect t="11522" b="159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3673" cy="1367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F37F4D" w14:textId="298A568A" w:rsidR="00A47123" w:rsidRDefault="00A47123" w:rsidP="00A47123">
      <w:pPr>
        <w:jc w:val="center"/>
      </w:pPr>
      <w:proofErr w:type="spellStart"/>
      <w:r>
        <w:rPr>
          <w:b/>
          <w:color w:val="6F8B84"/>
          <w:sz w:val="36"/>
        </w:rPr>
        <w:t>Ernährungsprotokoll</w:t>
      </w:r>
      <w:proofErr w:type="spellEnd"/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956"/>
        <w:gridCol w:w="1130"/>
        <w:gridCol w:w="6681"/>
        <w:gridCol w:w="2350"/>
        <w:gridCol w:w="3353"/>
      </w:tblGrid>
      <w:tr w:rsidR="00A47123" w14:paraId="11BF6DEB" w14:textId="77777777" w:rsidTr="00546936">
        <w:trPr>
          <w:jc w:val="center"/>
        </w:trPr>
        <w:tc>
          <w:tcPr>
            <w:tcW w:w="959" w:type="dxa"/>
            <w:vAlign w:val="center"/>
          </w:tcPr>
          <w:p w14:paraId="3167AC6D" w14:textId="77777777" w:rsidR="00A47123" w:rsidRDefault="00A47123" w:rsidP="00546936">
            <w:r>
              <w:rPr>
                <w:b/>
              </w:rPr>
              <w:t>Datum</w:t>
            </w:r>
          </w:p>
        </w:tc>
        <w:tc>
          <w:tcPr>
            <w:tcW w:w="1134" w:type="dxa"/>
            <w:vAlign w:val="center"/>
          </w:tcPr>
          <w:p w14:paraId="714EAA63" w14:textId="77777777" w:rsidR="00A47123" w:rsidRDefault="00A47123" w:rsidP="00546936">
            <w:proofErr w:type="spellStart"/>
            <w:r>
              <w:rPr>
                <w:b/>
              </w:rPr>
              <w:t>Uhrzeit</w:t>
            </w:r>
            <w:proofErr w:type="spellEnd"/>
          </w:p>
        </w:tc>
        <w:tc>
          <w:tcPr>
            <w:tcW w:w="6804" w:type="dxa"/>
            <w:vAlign w:val="center"/>
          </w:tcPr>
          <w:p w14:paraId="71EB7B2B" w14:textId="7CDE9E56" w:rsidR="00A47123" w:rsidRDefault="004D5130" w:rsidP="00546936">
            <w:pPr>
              <w:jc w:val="center"/>
            </w:pPr>
            <w:proofErr w:type="spellStart"/>
            <w:r>
              <w:rPr>
                <w:b/>
              </w:rPr>
              <w:t>Mahlzeit</w:t>
            </w:r>
            <w:proofErr w:type="spellEnd"/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Getränke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genau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auflisten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387" w:type="dxa"/>
            <w:vAlign w:val="center"/>
          </w:tcPr>
          <w:p w14:paraId="71E10D57" w14:textId="77777777" w:rsidR="00A47123" w:rsidRDefault="00A47123" w:rsidP="00546936">
            <w:pPr>
              <w:jc w:val="center"/>
            </w:pPr>
            <w:r>
              <w:rPr>
                <w:b/>
              </w:rPr>
              <w:t xml:space="preserve">Hunger </w:t>
            </w:r>
            <w:proofErr w:type="spellStart"/>
            <w:r>
              <w:rPr>
                <w:b/>
              </w:rPr>
              <w:t>vor</w:t>
            </w:r>
            <w:proofErr w:type="spellEnd"/>
            <w:r>
              <w:rPr>
                <w:b/>
              </w:rPr>
              <w:t xml:space="preserve"> dem Essen (0-10)</w:t>
            </w:r>
          </w:p>
        </w:tc>
        <w:tc>
          <w:tcPr>
            <w:tcW w:w="3412" w:type="dxa"/>
            <w:vAlign w:val="center"/>
          </w:tcPr>
          <w:p w14:paraId="61C9B206" w14:textId="77777777" w:rsidR="00A47123" w:rsidRPr="00A47123" w:rsidRDefault="00A47123" w:rsidP="00546936">
            <w:pPr>
              <w:jc w:val="center"/>
              <w:rPr>
                <w:b/>
              </w:rPr>
            </w:pPr>
            <w:proofErr w:type="spellStart"/>
            <w:r w:rsidRPr="00A47123">
              <w:rPr>
                <w:b/>
              </w:rPr>
              <w:t>Sättigung</w:t>
            </w:r>
            <w:proofErr w:type="spellEnd"/>
            <w:r w:rsidRPr="00A47123">
              <w:rPr>
                <w:b/>
              </w:rPr>
              <w:t xml:space="preserve"> </w:t>
            </w:r>
            <w:proofErr w:type="spellStart"/>
            <w:r w:rsidRPr="00A47123">
              <w:rPr>
                <w:b/>
              </w:rPr>
              <w:t>nach</w:t>
            </w:r>
            <w:proofErr w:type="spellEnd"/>
            <w:r w:rsidRPr="00A47123">
              <w:rPr>
                <w:b/>
              </w:rPr>
              <w:t xml:space="preserve"> dem Essen </w:t>
            </w:r>
            <w:r>
              <w:rPr>
                <w:b/>
              </w:rPr>
              <w:br/>
            </w:r>
            <w:r w:rsidRPr="00A47123">
              <w:rPr>
                <w:b/>
              </w:rPr>
              <w:t>(0-10)</w:t>
            </w:r>
          </w:p>
        </w:tc>
      </w:tr>
      <w:tr w:rsidR="00A47123" w14:paraId="01C4CAF9" w14:textId="77777777" w:rsidTr="00546936">
        <w:trPr>
          <w:trHeight w:val="721"/>
          <w:jc w:val="center"/>
        </w:trPr>
        <w:tc>
          <w:tcPr>
            <w:tcW w:w="959" w:type="dxa"/>
          </w:tcPr>
          <w:p w14:paraId="77E88CC3" w14:textId="77777777" w:rsidR="00A47123" w:rsidRDefault="00A47123" w:rsidP="00546936"/>
        </w:tc>
        <w:tc>
          <w:tcPr>
            <w:tcW w:w="1134" w:type="dxa"/>
          </w:tcPr>
          <w:p w14:paraId="2F6CFE1E" w14:textId="77777777" w:rsidR="00A47123" w:rsidRDefault="00A47123" w:rsidP="00546936"/>
        </w:tc>
        <w:tc>
          <w:tcPr>
            <w:tcW w:w="6804" w:type="dxa"/>
          </w:tcPr>
          <w:p w14:paraId="035D8052" w14:textId="77777777" w:rsidR="00A47123" w:rsidRDefault="00A47123" w:rsidP="00546936"/>
        </w:tc>
        <w:tc>
          <w:tcPr>
            <w:tcW w:w="2387" w:type="dxa"/>
          </w:tcPr>
          <w:p w14:paraId="35107ED7" w14:textId="77777777" w:rsidR="00A47123" w:rsidRDefault="00A47123" w:rsidP="00546936"/>
        </w:tc>
        <w:tc>
          <w:tcPr>
            <w:tcW w:w="3412" w:type="dxa"/>
          </w:tcPr>
          <w:p w14:paraId="54DEC8A8" w14:textId="77777777" w:rsidR="00A47123" w:rsidRDefault="00A47123" w:rsidP="00546936"/>
        </w:tc>
      </w:tr>
      <w:tr w:rsidR="00A47123" w14:paraId="7095A3FD" w14:textId="77777777" w:rsidTr="00546936">
        <w:trPr>
          <w:trHeight w:val="689"/>
          <w:jc w:val="center"/>
        </w:trPr>
        <w:tc>
          <w:tcPr>
            <w:tcW w:w="959" w:type="dxa"/>
          </w:tcPr>
          <w:p w14:paraId="75AB622F" w14:textId="77777777" w:rsidR="00A47123" w:rsidRDefault="00A47123" w:rsidP="00546936"/>
        </w:tc>
        <w:tc>
          <w:tcPr>
            <w:tcW w:w="1134" w:type="dxa"/>
          </w:tcPr>
          <w:p w14:paraId="4AE299F7" w14:textId="77777777" w:rsidR="00A47123" w:rsidRDefault="00A47123" w:rsidP="00546936"/>
        </w:tc>
        <w:tc>
          <w:tcPr>
            <w:tcW w:w="6804" w:type="dxa"/>
          </w:tcPr>
          <w:p w14:paraId="723970EB" w14:textId="77777777" w:rsidR="00A47123" w:rsidRDefault="00A47123" w:rsidP="00546936"/>
        </w:tc>
        <w:tc>
          <w:tcPr>
            <w:tcW w:w="2387" w:type="dxa"/>
          </w:tcPr>
          <w:p w14:paraId="20ADDF8F" w14:textId="77777777" w:rsidR="00A47123" w:rsidRDefault="00A47123" w:rsidP="00546936"/>
        </w:tc>
        <w:tc>
          <w:tcPr>
            <w:tcW w:w="3412" w:type="dxa"/>
          </w:tcPr>
          <w:p w14:paraId="496631E9" w14:textId="77777777" w:rsidR="00A47123" w:rsidRDefault="00A47123" w:rsidP="00546936"/>
        </w:tc>
      </w:tr>
      <w:tr w:rsidR="00A47123" w14:paraId="5DB53AE0" w14:textId="77777777" w:rsidTr="00546936">
        <w:trPr>
          <w:trHeight w:val="713"/>
          <w:jc w:val="center"/>
        </w:trPr>
        <w:tc>
          <w:tcPr>
            <w:tcW w:w="959" w:type="dxa"/>
          </w:tcPr>
          <w:p w14:paraId="37C113C7" w14:textId="77777777" w:rsidR="00A47123" w:rsidRDefault="00A47123" w:rsidP="00546936"/>
        </w:tc>
        <w:tc>
          <w:tcPr>
            <w:tcW w:w="1134" w:type="dxa"/>
          </w:tcPr>
          <w:p w14:paraId="05207E4E" w14:textId="77777777" w:rsidR="00A47123" w:rsidRDefault="00A47123" w:rsidP="00546936"/>
        </w:tc>
        <w:tc>
          <w:tcPr>
            <w:tcW w:w="6804" w:type="dxa"/>
          </w:tcPr>
          <w:p w14:paraId="4A9A34FA" w14:textId="77777777" w:rsidR="00A47123" w:rsidRDefault="00A47123" w:rsidP="00546936"/>
        </w:tc>
        <w:tc>
          <w:tcPr>
            <w:tcW w:w="2387" w:type="dxa"/>
          </w:tcPr>
          <w:p w14:paraId="18EF2EF8" w14:textId="77777777" w:rsidR="00A47123" w:rsidRDefault="00A47123" w:rsidP="00546936"/>
        </w:tc>
        <w:tc>
          <w:tcPr>
            <w:tcW w:w="3412" w:type="dxa"/>
          </w:tcPr>
          <w:p w14:paraId="2AE992E6" w14:textId="77777777" w:rsidR="00A47123" w:rsidRDefault="00A47123" w:rsidP="00546936"/>
        </w:tc>
      </w:tr>
      <w:tr w:rsidR="00A47123" w14:paraId="7B164212" w14:textId="77777777" w:rsidTr="00546936">
        <w:trPr>
          <w:trHeight w:val="694"/>
          <w:jc w:val="center"/>
        </w:trPr>
        <w:tc>
          <w:tcPr>
            <w:tcW w:w="959" w:type="dxa"/>
          </w:tcPr>
          <w:p w14:paraId="0CA07B7E" w14:textId="77777777" w:rsidR="00A47123" w:rsidRDefault="00A47123" w:rsidP="00546936"/>
        </w:tc>
        <w:tc>
          <w:tcPr>
            <w:tcW w:w="1134" w:type="dxa"/>
          </w:tcPr>
          <w:p w14:paraId="03AE5BA1" w14:textId="77777777" w:rsidR="00A47123" w:rsidRDefault="00A47123" w:rsidP="00546936"/>
        </w:tc>
        <w:tc>
          <w:tcPr>
            <w:tcW w:w="6804" w:type="dxa"/>
          </w:tcPr>
          <w:p w14:paraId="52FDF492" w14:textId="77777777" w:rsidR="00A47123" w:rsidRDefault="00A47123" w:rsidP="00546936"/>
        </w:tc>
        <w:tc>
          <w:tcPr>
            <w:tcW w:w="2387" w:type="dxa"/>
          </w:tcPr>
          <w:p w14:paraId="739C7102" w14:textId="77777777" w:rsidR="00A47123" w:rsidRDefault="00A47123" w:rsidP="00546936"/>
        </w:tc>
        <w:tc>
          <w:tcPr>
            <w:tcW w:w="3412" w:type="dxa"/>
          </w:tcPr>
          <w:p w14:paraId="53A8501D" w14:textId="77777777" w:rsidR="00A47123" w:rsidRDefault="00A47123" w:rsidP="00546936"/>
        </w:tc>
      </w:tr>
      <w:tr w:rsidR="00A47123" w14:paraId="567A8300" w14:textId="77777777" w:rsidTr="00546936">
        <w:trPr>
          <w:trHeight w:val="705"/>
          <w:jc w:val="center"/>
        </w:trPr>
        <w:tc>
          <w:tcPr>
            <w:tcW w:w="959" w:type="dxa"/>
          </w:tcPr>
          <w:p w14:paraId="1FF1AF11" w14:textId="77777777" w:rsidR="00A47123" w:rsidRDefault="00A47123" w:rsidP="00546936"/>
        </w:tc>
        <w:tc>
          <w:tcPr>
            <w:tcW w:w="1134" w:type="dxa"/>
          </w:tcPr>
          <w:p w14:paraId="15D5E2B0" w14:textId="77777777" w:rsidR="00A47123" w:rsidRDefault="00A47123" w:rsidP="00546936"/>
        </w:tc>
        <w:tc>
          <w:tcPr>
            <w:tcW w:w="6804" w:type="dxa"/>
          </w:tcPr>
          <w:p w14:paraId="496646AA" w14:textId="77777777" w:rsidR="00A47123" w:rsidRDefault="00A47123" w:rsidP="00546936"/>
        </w:tc>
        <w:tc>
          <w:tcPr>
            <w:tcW w:w="2387" w:type="dxa"/>
          </w:tcPr>
          <w:p w14:paraId="73B1C198" w14:textId="77777777" w:rsidR="00A47123" w:rsidRDefault="00A47123" w:rsidP="00546936"/>
        </w:tc>
        <w:tc>
          <w:tcPr>
            <w:tcW w:w="3412" w:type="dxa"/>
          </w:tcPr>
          <w:p w14:paraId="055CDC42" w14:textId="77777777" w:rsidR="00A47123" w:rsidRDefault="00A47123" w:rsidP="00546936"/>
        </w:tc>
      </w:tr>
      <w:tr w:rsidR="00A47123" w14:paraId="01627D86" w14:textId="77777777" w:rsidTr="00546936">
        <w:trPr>
          <w:trHeight w:val="687"/>
          <w:jc w:val="center"/>
        </w:trPr>
        <w:tc>
          <w:tcPr>
            <w:tcW w:w="959" w:type="dxa"/>
          </w:tcPr>
          <w:p w14:paraId="35008B97" w14:textId="77777777" w:rsidR="00A47123" w:rsidRDefault="00A47123" w:rsidP="00546936"/>
        </w:tc>
        <w:tc>
          <w:tcPr>
            <w:tcW w:w="1134" w:type="dxa"/>
          </w:tcPr>
          <w:p w14:paraId="70F7EB9B" w14:textId="77777777" w:rsidR="00A47123" w:rsidRDefault="00A47123" w:rsidP="00546936"/>
        </w:tc>
        <w:tc>
          <w:tcPr>
            <w:tcW w:w="6804" w:type="dxa"/>
          </w:tcPr>
          <w:p w14:paraId="72168BA5" w14:textId="77777777" w:rsidR="00A47123" w:rsidRDefault="00A47123" w:rsidP="00546936"/>
        </w:tc>
        <w:tc>
          <w:tcPr>
            <w:tcW w:w="2387" w:type="dxa"/>
          </w:tcPr>
          <w:p w14:paraId="65F8402F" w14:textId="77777777" w:rsidR="00A47123" w:rsidRDefault="00A47123" w:rsidP="00546936"/>
        </w:tc>
        <w:tc>
          <w:tcPr>
            <w:tcW w:w="3412" w:type="dxa"/>
          </w:tcPr>
          <w:p w14:paraId="7FC34607" w14:textId="77777777" w:rsidR="00A47123" w:rsidRDefault="00A47123" w:rsidP="00546936"/>
        </w:tc>
      </w:tr>
      <w:tr w:rsidR="00A47123" w14:paraId="0E02E9A4" w14:textId="77777777" w:rsidTr="00546936">
        <w:trPr>
          <w:trHeight w:val="710"/>
          <w:jc w:val="center"/>
        </w:trPr>
        <w:tc>
          <w:tcPr>
            <w:tcW w:w="959" w:type="dxa"/>
          </w:tcPr>
          <w:p w14:paraId="3A761E46" w14:textId="77777777" w:rsidR="00A47123" w:rsidRDefault="00A47123" w:rsidP="00546936"/>
        </w:tc>
        <w:tc>
          <w:tcPr>
            <w:tcW w:w="1134" w:type="dxa"/>
          </w:tcPr>
          <w:p w14:paraId="60743DCB" w14:textId="77777777" w:rsidR="00A47123" w:rsidRDefault="00A47123" w:rsidP="00546936"/>
        </w:tc>
        <w:tc>
          <w:tcPr>
            <w:tcW w:w="6804" w:type="dxa"/>
          </w:tcPr>
          <w:p w14:paraId="66737C4C" w14:textId="77777777" w:rsidR="00A47123" w:rsidRDefault="00A47123" w:rsidP="00546936"/>
        </w:tc>
        <w:tc>
          <w:tcPr>
            <w:tcW w:w="2387" w:type="dxa"/>
          </w:tcPr>
          <w:p w14:paraId="77744A7F" w14:textId="77777777" w:rsidR="00A47123" w:rsidRDefault="00A47123" w:rsidP="00546936"/>
        </w:tc>
        <w:tc>
          <w:tcPr>
            <w:tcW w:w="3412" w:type="dxa"/>
          </w:tcPr>
          <w:p w14:paraId="435AD0A4" w14:textId="77777777" w:rsidR="00A47123" w:rsidRDefault="00A47123" w:rsidP="00546936"/>
        </w:tc>
      </w:tr>
      <w:tr w:rsidR="00A47123" w14:paraId="77386EC9" w14:textId="77777777" w:rsidTr="00546936">
        <w:trPr>
          <w:trHeight w:val="565"/>
          <w:jc w:val="center"/>
        </w:trPr>
        <w:tc>
          <w:tcPr>
            <w:tcW w:w="959" w:type="dxa"/>
          </w:tcPr>
          <w:p w14:paraId="20C9E5B0" w14:textId="77777777" w:rsidR="00A47123" w:rsidRDefault="00A47123" w:rsidP="00546936"/>
        </w:tc>
        <w:tc>
          <w:tcPr>
            <w:tcW w:w="1134" w:type="dxa"/>
          </w:tcPr>
          <w:p w14:paraId="7C7D51BF" w14:textId="77777777" w:rsidR="00A47123" w:rsidRDefault="00A47123" w:rsidP="00546936"/>
        </w:tc>
        <w:tc>
          <w:tcPr>
            <w:tcW w:w="6804" w:type="dxa"/>
          </w:tcPr>
          <w:p w14:paraId="6EB61128" w14:textId="77777777" w:rsidR="00A47123" w:rsidRDefault="00A47123" w:rsidP="00546936"/>
        </w:tc>
        <w:tc>
          <w:tcPr>
            <w:tcW w:w="2387" w:type="dxa"/>
          </w:tcPr>
          <w:p w14:paraId="59BD26A3" w14:textId="77777777" w:rsidR="00A47123" w:rsidRDefault="00A47123" w:rsidP="00546936"/>
        </w:tc>
        <w:tc>
          <w:tcPr>
            <w:tcW w:w="3412" w:type="dxa"/>
          </w:tcPr>
          <w:p w14:paraId="488025D6" w14:textId="77777777" w:rsidR="00A47123" w:rsidRDefault="00A47123" w:rsidP="00546936"/>
        </w:tc>
      </w:tr>
    </w:tbl>
    <w:p w14:paraId="4AFF1260" w14:textId="77777777" w:rsidR="00A47123" w:rsidRDefault="00A47123" w:rsidP="00A47123"/>
    <w:p w14:paraId="3670C25E" w14:textId="77777777" w:rsidR="00A47123" w:rsidRDefault="00A47123" w:rsidP="00A47123">
      <w:proofErr w:type="spellStart"/>
      <w:r>
        <w:rPr>
          <w:b/>
        </w:rPr>
        <w:t>Tagesnotizen</w:t>
      </w:r>
      <w:proofErr w:type="spellEnd"/>
      <w:r>
        <w:rPr>
          <w:b/>
        </w:rPr>
        <w:t xml:space="preserve">: </w:t>
      </w:r>
      <w:proofErr w:type="spellStart"/>
      <w:r>
        <w:t>Stuhlgang</w:t>
      </w:r>
      <w:proofErr w:type="spellEnd"/>
      <w:r>
        <w:t xml:space="preserve">: ____________________    Stress (0–10): ______    </w:t>
      </w:r>
      <w:proofErr w:type="spellStart"/>
      <w:r>
        <w:t>Bewegung</w:t>
      </w:r>
      <w:proofErr w:type="spellEnd"/>
      <w:r>
        <w:t xml:space="preserve">: ____________________    </w:t>
      </w:r>
      <w:proofErr w:type="spellStart"/>
      <w:r>
        <w:t>Besonderheiten</w:t>
      </w:r>
      <w:proofErr w:type="spellEnd"/>
      <w:r>
        <w:t>: ______________________________</w:t>
      </w:r>
    </w:p>
    <w:p w14:paraId="736FB8C9" w14:textId="5B76EE78" w:rsidR="007A745D" w:rsidRDefault="007A745D" w:rsidP="007A745D">
      <w:pPr>
        <w:jc w:val="center"/>
      </w:pPr>
    </w:p>
    <w:p w14:paraId="5BF373E2" w14:textId="77777777" w:rsidR="00A47123" w:rsidRDefault="00A47123" w:rsidP="00A47123">
      <w:pPr>
        <w:jc w:val="center"/>
      </w:pPr>
      <w:r>
        <w:rPr>
          <w:noProof/>
        </w:rPr>
        <w:lastRenderedPageBreak/>
        <w:drawing>
          <wp:inline distT="0" distB="0" distL="0" distR="0" wp14:anchorId="04876D29" wp14:editId="5A735DBD">
            <wp:extent cx="1866122" cy="1354337"/>
            <wp:effectExtent l="0" t="0" r="1270" b="5080"/>
            <wp:docPr id="19725986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png"/>
                    <pic:cNvPicPr/>
                  </pic:nvPicPr>
                  <pic:blipFill rotWithShape="1">
                    <a:blip r:embed="rId8"/>
                    <a:srcRect t="11522" b="159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3673" cy="1367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B19B6A" w14:textId="77777777" w:rsidR="00A47123" w:rsidRDefault="00A47123" w:rsidP="00A47123">
      <w:pPr>
        <w:jc w:val="center"/>
      </w:pPr>
      <w:proofErr w:type="spellStart"/>
      <w:r>
        <w:rPr>
          <w:b/>
          <w:color w:val="6F8B84"/>
          <w:sz w:val="36"/>
        </w:rPr>
        <w:t>Ernährungsprotokoll</w:t>
      </w:r>
      <w:proofErr w:type="spellEnd"/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956"/>
        <w:gridCol w:w="1130"/>
        <w:gridCol w:w="6681"/>
        <w:gridCol w:w="2350"/>
        <w:gridCol w:w="3353"/>
      </w:tblGrid>
      <w:tr w:rsidR="00A47123" w14:paraId="434E7879" w14:textId="77777777" w:rsidTr="00546936">
        <w:trPr>
          <w:jc w:val="center"/>
        </w:trPr>
        <w:tc>
          <w:tcPr>
            <w:tcW w:w="959" w:type="dxa"/>
            <w:vAlign w:val="center"/>
          </w:tcPr>
          <w:p w14:paraId="29A40415" w14:textId="77777777" w:rsidR="00A47123" w:rsidRDefault="00A47123" w:rsidP="00546936">
            <w:r>
              <w:rPr>
                <w:b/>
              </w:rPr>
              <w:t>Datum</w:t>
            </w:r>
          </w:p>
        </w:tc>
        <w:tc>
          <w:tcPr>
            <w:tcW w:w="1134" w:type="dxa"/>
            <w:vAlign w:val="center"/>
          </w:tcPr>
          <w:p w14:paraId="143D538D" w14:textId="77777777" w:rsidR="00A47123" w:rsidRDefault="00A47123" w:rsidP="00546936">
            <w:proofErr w:type="spellStart"/>
            <w:r>
              <w:rPr>
                <w:b/>
              </w:rPr>
              <w:t>Uhrzeit</w:t>
            </w:r>
            <w:proofErr w:type="spellEnd"/>
          </w:p>
        </w:tc>
        <w:tc>
          <w:tcPr>
            <w:tcW w:w="6804" w:type="dxa"/>
            <w:vAlign w:val="center"/>
          </w:tcPr>
          <w:p w14:paraId="0FBB0B5D" w14:textId="11207DC1" w:rsidR="00A47123" w:rsidRDefault="004D5130" w:rsidP="00546936">
            <w:pPr>
              <w:jc w:val="center"/>
            </w:pPr>
            <w:proofErr w:type="spellStart"/>
            <w:r>
              <w:rPr>
                <w:b/>
              </w:rPr>
              <w:t>Mahlzeit</w:t>
            </w:r>
            <w:proofErr w:type="spellEnd"/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Getränke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genau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auflisten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387" w:type="dxa"/>
            <w:vAlign w:val="center"/>
          </w:tcPr>
          <w:p w14:paraId="15AF98AC" w14:textId="77777777" w:rsidR="00A47123" w:rsidRDefault="00A47123" w:rsidP="00546936">
            <w:pPr>
              <w:jc w:val="center"/>
            </w:pPr>
            <w:r>
              <w:rPr>
                <w:b/>
              </w:rPr>
              <w:t xml:space="preserve">Hunger </w:t>
            </w:r>
            <w:proofErr w:type="spellStart"/>
            <w:r>
              <w:rPr>
                <w:b/>
              </w:rPr>
              <w:t>vor</w:t>
            </w:r>
            <w:proofErr w:type="spellEnd"/>
            <w:r>
              <w:rPr>
                <w:b/>
              </w:rPr>
              <w:t xml:space="preserve"> dem Essen (0-10)</w:t>
            </w:r>
          </w:p>
        </w:tc>
        <w:tc>
          <w:tcPr>
            <w:tcW w:w="3412" w:type="dxa"/>
            <w:vAlign w:val="center"/>
          </w:tcPr>
          <w:p w14:paraId="0C80C692" w14:textId="77777777" w:rsidR="00A47123" w:rsidRPr="00A47123" w:rsidRDefault="00A47123" w:rsidP="00546936">
            <w:pPr>
              <w:jc w:val="center"/>
              <w:rPr>
                <w:b/>
              </w:rPr>
            </w:pPr>
            <w:proofErr w:type="spellStart"/>
            <w:r w:rsidRPr="00A47123">
              <w:rPr>
                <w:b/>
              </w:rPr>
              <w:t>Sättigung</w:t>
            </w:r>
            <w:proofErr w:type="spellEnd"/>
            <w:r w:rsidRPr="00A47123">
              <w:rPr>
                <w:b/>
              </w:rPr>
              <w:t xml:space="preserve"> </w:t>
            </w:r>
            <w:proofErr w:type="spellStart"/>
            <w:r w:rsidRPr="00A47123">
              <w:rPr>
                <w:b/>
              </w:rPr>
              <w:t>nach</w:t>
            </w:r>
            <w:proofErr w:type="spellEnd"/>
            <w:r w:rsidRPr="00A47123">
              <w:rPr>
                <w:b/>
              </w:rPr>
              <w:t xml:space="preserve"> dem Essen </w:t>
            </w:r>
            <w:r>
              <w:rPr>
                <w:b/>
              </w:rPr>
              <w:br/>
            </w:r>
            <w:r w:rsidRPr="00A47123">
              <w:rPr>
                <w:b/>
              </w:rPr>
              <w:t>(0-10)</w:t>
            </w:r>
          </w:p>
        </w:tc>
      </w:tr>
      <w:tr w:rsidR="00A47123" w14:paraId="1A407271" w14:textId="77777777" w:rsidTr="00546936">
        <w:trPr>
          <w:trHeight w:val="721"/>
          <w:jc w:val="center"/>
        </w:trPr>
        <w:tc>
          <w:tcPr>
            <w:tcW w:w="959" w:type="dxa"/>
          </w:tcPr>
          <w:p w14:paraId="3470A4F5" w14:textId="77777777" w:rsidR="00A47123" w:rsidRDefault="00A47123" w:rsidP="00546936"/>
        </w:tc>
        <w:tc>
          <w:tcPr>
            <w:tcW w:w="1134" w:type="dxa"/>
          </w:tcPr>
          <w:p w14:paraId="60750D2A" w14:textId="77777777" w:rsidR="00A47123" w:rsidRDefault="00A47123" w:rsidP="00546936"/>
        </w:tc>
        <w:tc>
          <w:tcPr>
            <w:tcW w:w="6804" w:type="dxa"/>
          </w:tcPr>
          <w:p w14:paraId="0586ED03" w14:textId="77777777" w:rsidR="00A47123" w:rsidRDefault="00A47123" w:rsidP="00546936"/>
        </w:tc>
        <w:tc>
          <w:tcPr>
            <w:tcW w:w="2387" w:type="dxa"/>
          </w:tcPr>
          <w:p w14:paraId="243F3D05" w14:textId="77777777" w:rsidR="00A47123" w:rsidRDefault="00A47123" w:rsidP="00546936"/>
        </w:tc>
        <w:tc>
          <w:tcPr>
            <w:tcW w:w="3412" w:type="dxa"/>
          </w:tcPr>
          <w:p w14:paraId="2914B3BF" w14:textId="77777777" w:rsidR="00A47123" w:rsidRDefault="00A47123" w:rsidP="00546936"/>
        </w:tc>
      </w:tr>
      <w:tr w:rsidR="00A47123" w14:paraId="0386917E" w14:textId="77777777" w:rsidTr="00546936">
        <w:trPr>
          <w:trHeight w:val="689"/>
          <w:jc w:val="center"/>
        </w:trPr>
        <w:tc>
          <w:tcPr>
            <w:tcW w:w="959" w:type="dxa"/>
          </w:tcPr>
          <w:p w14:paraId="35731A8A" w14:textId="77777777" w:rsidR="00A47123" w:rsidRDefault="00A47123" w:rsidP="00546936"/>
        </w:tc>
        <w:tc>
          <w:tcPr>
            <w:tcW w:w="1134" w:type="dxa"/>
          </w:tcPr>
          <w:p w14:paraId="1BCDF089" w14:textId="77777777" w:rsidR="00A47123" w:rsidRDefault="00A47123" w:rsidP="00546936"/>
        </w:tc>
        <w:tc>
          <w:tcPr>
            <w:tcW w:w="6804" w:type="dxa"/>
          </w:tcPr>
          <w:p w14:paraId="4691676D" w14:textId="77777777" w:rsidR="00A47123" w:rsidRDefault="00A47123" w:rsidP="00546936"/>
        </w:tc>
        <w:tc>
          <w:tcPr>
            <w:tcW w:w="2387" w:type="dxa"/>
          </w:tcPr>
          <w:p w14:paraId="53398827" w14:textId="77777777" w:rsidR="00A47123" w:rsidRDefault="00A47123" w:rsidP="00546936"/>
        </w:tc>
        <w:tc>
          <w:tcPr>
            <w:tcW w:w="3412" w:type="dxa"/>
          </w:tcPr>
          <w:p w14:paraId="61292BEA" w14:textId="77777777" w:rsidR="00A47123" w:rsidRDefault="00A47123" w:rsidP="00546936"/>
        </w:tc>
      </w:tr>
      <w:tr w:rsidR="00A47123" w14:paraId="67F85E31" w14:textId="77777777" w:rsidTr="00546936">
        <w:trPr>
          <w:trHeight w:val="713"/>
          <w:jc w:val="center"/>
        </w:trPr>
        <w:tc>
          <w:tcPr>
            <w:tcW w:w="959" w:type="dxa"/>
          </w:tcPr>
          <w:p w14:paraId="5C884E50" w14:textId="77777777" w:rsidR="00A47123" w:rsidRDefault="00A47123" w:rsidP="00546936"/>
        </w:tc>
        <w:tc>
          <w:tcPr>
            <w:tcW w:w="1134" w:type="dxa"/>
          </w:tcPr>
          <w:p w14:paraId="74312E19" w14:textId="77777777" w:rsidR="00A47123" w:rsidRDefault="00A47123" w:rsidP="00546936"/>
        </w:tc>
        <w:tc>
          <w:tcPr>
            <w:tcW w:w="6804" w:type="dxa"/>
          </w:tcPr>
          <w:p w14:paraId="1DC26986" w14:textId="77777777" w:rsidR="00A47123" w:rsidRDefault="00A47123" w:rsidP="00546936"/>
        </w:tc>
        <w:tc>
          <w:tcPr>
            <w:tcW w:w="2387" w:type="dxa"/>
          </w:tcPr>
          <w:p w14:paraId="4656F77F" w14:textId="77777777" w:rsidR="00A47123" w:rsidRDefault="00A47123" w:rsidP="00546936"/>
        </w:tc>
        <w:tc>
          <w:tcPr>
            <w:tcW w:w="3412" w:type="dxa"/>
          </w:tcPr>
          <w:p w14:paraId="1161975C" w14:textId="77777777" w:rsidR="00A47123" w:rsidRDefault="00A47123" w:rsidP="00546936"/>
        </w:tc>
      </w:tr>
      <w:tr w:rsidR="00A47123" w14:paraId="6FCB8AAE" w14:textId="77777777" w:rsidTr="00546936">
        <w:trPr>
          <w:trHeight w:val="694"/>
          <w:jc w:val="center"/>
        </w:trPr>
        <w:tc>
          <w:tcPr>
            <w:tcW w:w="959" w:type="dxa"/>
          </w:tcPr>
          <w:p w14:paraId="3E42595D" w14:textId="77777777" w:rsidR="00A47123" w:rsidRDefault="00A47123" w:rsidP="00546936"/>
        </w:tc>
        <w:tc>
          <w:tcPr>
            <w:tcW w:w="1134" w:type="dxa"/>
          </w:tcPr>
          <w:p w14:paraId="126B1D47" w14:textId="77777777" w:rsidR="00A47123" w:rsidRDefault="00A47123" w:rsidP="00546936"/>
        </w:tc>
        <w:tc>
          <w:tcPr>
            <w:tcW w:w="6804" w:type="dxa"/>
          </w:tcPr>
          <w:p w14:paraId="324EF420" w14:textId="77777777" w:rsidR="00A47123" w:rsidRDefault="00A47123" w:rsidP="00546936"/>
        </w:tc>
        <w:tc>
          <w:tcPr>
            <w:tcW w:w="2387" w:type="dxa"/>
          </w:tcPr>
          <w:p w14:paraId="19F84678" w14:textId="77777777" w:rsidR="00A47123" w:rsidRDefault="00A47123" w:rsidP="00546936"/>
        </w:tc>
        <w:tc>
          <w:tcPr>
            <w:tcW w:w="3412" w:type="dxa"/>
          </w:tcPr>
          <w:p w14:paraId="64B43113" w14:textId="77777777" w:rsidR="00A47123" w:rsidRDefault="00A47123" w:rsidP="00546936"/>
        </w:tc>
      </w:tr>
      <w:tr w:rsidR="00A47123" w14:paraId="6954C88D" w14:textId="77777777" w:rsidTr="00546936">
        <w:trPr>
          <w:trHeight w:val="705"/>
          <w:jc w:val="center"/>
        </w:trPr>
        <w:tc>
          <w:tcPr>
            <w:tcW w:w="959" w:type="dxa"/>
          </w:tcPr>
          <w:p w14:paraId="6E941AD0" w14:textId="77777777" w:rsidR="00A47123" w:rsidRDefault="00A47123" w:rsidP="00546936"/>
        </w:tc>
        <w:tc>
          <w:tcPr>
            <w:tcW w:w="1134" w:type="dxa"/>
          </w:tcPr>
          <w:p w14:paraId="42D58317" w14:textId="77777777" w:rsidR="00A47123" w:rsidRDefault="00A47123" w:rsidP="00546936"/>
        </w:tc>
        <w:tc>
          <w:tcPr>
            <w:tcW w:w="6804" w:type="dxa"/>
          </w:tcPr>
          <w:p w14:paraId="1412E7FE" w14:textId="77777777" w:rsidR="00A47123" w:rsidRDefault="00A47123" w:rsidP="00546936"/>
        </w:tc>
        <w:tc>
          <w:tcPr>
            <w:tcW w:w="2387" w:type="dxa"/>
          </w:tcPr>
          <w:p w14:paraId="345ABE8F" w14:textId="77777777" w:rsidR="00A47123" w:rsidRDefault="00A47123" w:rsidP="00546936"/>
        </w:tc>
        <w:tc>
          <w:tcPr>
            <w:tcW w:w="3412" w:type="dxa"/>
          </w:tcPr>
          <w:p w14:paraId="184D5223" w14:textId="77777777" w:rsidR="00A47123" w:rsidRDefault="00A47123" w:rsidP="00546936"/>
        </w:tc>
      </w:tr>
      <w:tr w:rsidR="00A47123" w14:paraId="73D61283" w14:textId="77777777" w:rsidTr="00546936">
        <w:trPr>
          <w:trHeight w:val="687"/>
          <w:jc w:val="center"/>
        </w:trPr>
        <w:tc>
          <w:tcPr>
            <w:tcW w:w="959" w:type="dxa"/>
          </w:tcPr>
          <w:p w14:paraId="749EC022" w14:textId="77777777" w:rsidR="00A47123" w:rsidRDefault="00A47123" w:rsidP="00546936"/>
        </w:tc>
        <w:tc>
          <w:tcPr>
            <w:tcW w:w="1134" w:type="dxa"/>
          </w:tcPr>
          <w:p w14:paraId="093DBC4F" w14:textId="77777777" w:rsidR="00A47123" w:rsidRDefault="00A47123" w:rsidP="00546936"/>
        </w:tc>
        <w:tc>
          <w:tcPr>
            <w:tcW w:w="6804" w:type="dxa"/>
          </w:tcPr>
          <w:p w14:paraId="206DE204" w14:textId="77777777" w:rsidR="00A47123" w:rsidRDefault="00A47123" w:rsidP="00546936"/>
        </w:tc>
        <w:tc>
          <w:tcPr>
            <w:tcW w:w="2387" w:type="dxa"/>
          </w:tcPr>
          <w:p w14:paraId="32847996" w14:textId="77777777" w:rsidR="00A47123" w:rsidRDefault="00A47123" w:rsidP="00546936"/>
        </w:tc>
        <w:tc>
          <w:tcPr>
            <w:tcW w:w="3412" w:type="dxa"/>
          </w:tcPr>
          <w:p w14:paraId="1F3949EF" w14:textId="77777777" w:rsidR="00A47123" w:rsidRDefault="00A47123" w:rsidP="00546936"/>
        </w:tc>
      </w:tr>
      <w:tr w:rsidR="00A47123" w14:paraId="412EFB69" w14:textId="77777777" w:rsidTr="00546936">
        <w:trPr>
          <w:trHeight w:val="710"/>
          <w:jc w:val="center"/>
        </w:trPr>
        <w:tc>
          <w:tcPr>
            <w:tcW w:w="959" w:type="dxa"/>
          </w:tcPr>
          <w:p w14:paraId="769130BC" w14:textId="77777777" w:rsidR="00A47123" w:rsidRDefault="00A47123" w:rsidP="00546936"/>
        </w:tc>
        <w:tc>
          <w:tcPr>
            <w:tcW w:w="1134" w:type="dxa"/>
          </w:tcPr>
          <w:p w14:paraId="3B0793F5" w14:textId="77777777" w:rsidR="00A47123" w:rsidRDefault="00A47123" w:rsidP="00546936"/>
        </w:tc>
        <w:tc>
          <w:tcPr>
            <w:tcW w:w="6804" w:type="dxa"/>
          </w:tcPr>
          <w:p w14:paraId="2CC3FAFE" w14:textId="77777777" w:rsidR="00A47123" w:rsidRDefault="00A47123" w:rsidP="00546936"/>
        </w:tc>
        <w:tc>
          <w:tcPr>
            <w:tcW w:w="2387" w:type="dxa"/>
          </w:tcPr>
          <w:p w14:paraId="7580A5B5" w14:textId="77777777" w:rsidR="00A47123" w:rsidRDefault="00A47123" w:rsidP="00546936"/>
        </w:tc>
        <w:tc>
          <w:tcPr>
            <w:tcW w:w="3412" w:type="dxa"/>
          </w:tcPr>
          <w:p w14:paraId="6361FCE0" w14:textId="77777777" w:rsidR="00A47123" w:rsidRDefault="00A47123" w:rsidP="00546936"/>
        </w:tc>
      </w:tr>
      <w:tr w:rsidR="00A47123" w14:paraId="6262E544" w14:textId="77777777" w:rsidTr="00546936">
        <w:trPr>
          <w:trHeight w:val="565"/>
          <w:jc w:val="center"/>
        </w:trPr>
        <w:tc>
          <w:tcPr>
            <w:tcW w:w="959" w:type="dxa"/>
          </w:tcPr>
          <w:p w14:paraId="426FC369" w14:textId="77777777" w:rsidR="00A47123" w:rsidRDefault="00A47123" w:rsidP="00546936"/>
        </w:tc>
        <w:tc>
          <w:tcPr>
            <w:tcW w:w="1134" w:type="dxa"/>
          </w:tcPr>
          <w:p w14:paraId="54A86BEF" w14:textId="77777777" w:rsidR="00A47123" w:rsidRDefault="00A47123" w:rsidP="00546936"/>
        </w:tc>
        <w:tc>
          <w:tcPr>
            <w:tcW w:w="6804" w:type="dxa"/>
          </w:tcPr>
          <w:p w14:paraId="5C419307" w14:textId="77777777" w:rsidR="00A47123" w:rsidRDefault="00A47123" w:rsidP="00546936"/>
        </w:tc>
        <w:tc>
          <w:tcPr>
            <w:tcW w:w="2387" w:type="dxa"/>
          </w:tcPr>
          <w:p w14:paraId="5AB26043" w14:textId="77777777" w:rsidR="00A47123" w:rsidRDefault="00A47123" w:rsidP="00546936"/>
        </w:tc>
        <w:tc>
          <w:tcPr>
            <w:tcW w:w="3412" w:type="dxa"/>
          </w:tcPr>
          <w:p w14:paraId="0823D9B0" w14:textId="77777777" w:rsidR="00A47123" w:rsidRDefault="00A47123" w:rsidP="00546936"/>
        </w:tc>
      </w:tr>
    </w:tbl>
    <w:p w14:paraId="0702419D" w14:textId="77777777" w:rsidR="00A47123" w:rsidRDefault="00A47123" w:rsidP="00A47123"/>
    <w:p w14:paraId="7C9BEAB0" w14:textId="77777777" w:rsidR="00A47123" w:rsidRDefault="00A47123" w:rsidP="00A47123">
      <w:proofErr w:type="spellStart"/>
      <w:r>
        <w:rPr>
          <w:b/>
        </w:rPr>
        <w:t>Tagesnotizen</w:t>
      </w:r>
      <w:proofErr w:type="spellEnd"/>
      <w:r>
        <w:rPr>
          <w:b/>
        </w:rPr>
        <w:t xml:space="preserve">: </w:t>
      </w:r>
      <w:proofErr w:type="spellStart"/>
      <w:r>
        <w:t>Stuhlgang</w:t>
      </w:r>
      <w:proofErr w:type="spellEnd"/>
      <w:r>
        <w:t xml:space="preserve">: ____________________    Stress (0–10): ______    </w:t>
      </w:r>
      <w:proofErr w:type="spellStart"/>
      <w:r>
        <w:t>Bewegung</w:t>
      </w:r>
      <w:proofErr w:type="spellEnd"/>
      <w:r>
        <w:t xml:space="preserve">: ____________________    </w:t>
      </w:r>
      <w:proofErr w:type="spellStart"/>
      <w:r>
        <w:t>Besonderheiten</w:t>
      </w:r>
      <w:proofErr w:type="spellEnd"/>
      <w:r>
        <w:t>: ______________________________</w:t>
      </w:r>
    </w:p>
    <w:p w14:paraId="4F752403" w14:textId="77777777" w:rsidR="00A47123" w:rsidRDefault="00A47123" w:rsidP="007A745D">
      <w:pPr>
        <w:jc w:val="center"/>
      </w:pPr>
    </w:p>
    <w:p w14:paraId="50339555" w14:textId="77777777" w:rsidR="00A47123" w:rsidRDefault="00A47123" w:rsidP="00A47123">
      <w:pPr>
        <w:jc w:val="center"/>
      </w:pPr>
      <w:r>
        <w:rPr>
          <w:noProof/>
        </w:rPr>
        <w:lastRenderedPageBreak/>
        <w:drawing>
          <wp:inline distT="0" distB="0" distL="0" distR="0" wp14:anchorId="53A96251" wp14:editId="242D9BB0">
            <wp:extent cx="1866122" cy="1354337"/>
            <wp:effectExtent l="0" t="0" r="1270" b="5080"/>
            <wp:docPr id="2541303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png"/>
                    <pic:cNvPicPr/>
                  </pic:nvPicPr>
                  <pic:blipFill rotWithShape="1">
                    <a:blip r:embed="rId8"/>
                    <a:srcRect t="11522" b="159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3673" cy="1367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F4AB94" w14:textId="77777777" w:rsidR="00A47123" w:rsidRDefault="00A47123" w:rsidP="00A47123">
      <w:pPr>
        <w:jc w:val="center"/>
      </w:pPr>
      <w:proofErr w:type="spellStart"/>
      <w:r>
        <w:rPr>
          <w:b/>
          <w:color w:val="6F8B84"/>
          <w:sz w:val="36"/>
        </w:rPr>
        <w:t>Ernährungsprotokoll</w:t>
      </w:r>
      <w:proofErr w:type="spellEnd"/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956"/>
        <w:gridCol w:w="1130"/>
        <w:gridCol w:w="6681"/>
        <w:gridCol w:w="2350"/>
        <w:gridCol w:w="3353"/>
      </w:tblGrid>
      <w:tr w:rsidR="00A47123" w14:paraId="170A7A29" w14:textId="77777777" w:rsidTr="00546936">
        <w:trPr>
          <w:jc w:val="center"/>
        </w:trPr>
        <w:tc>
          <w:tcPr>
            <w:tcW w:w="959" w:type="dxa"/>
            <w:vAlign w:val="center"/>
          </w:tcPr>
          <w:p w14:paraId="76673477" w14:textId="77777777" w:rsidR="00A47123" w:rsidRDefault="00A47123" w:rsidP="00546936">
            <w:r>
              <w:rPr>
                <w:b/>
              </w:rPr>
              <w:t>Datum</w:t>
            </w:r>
          </w:p>
        </w:tc>
        <w:tc>
          <w:tcPr>
            <w:tcW w:w="1134" w:type="dxa"/>
            <w:vAlign w:val="center"/>
          </w:tcPr>
          <w:p w14:paraId="7054A20D" w14:textId="77777777" w:rsidR="00A47123" w:rsidRDefault="00A47123" w:rsidP="00546936">
            <w:proofErr w:type="spellStart"/>
            <w:r>
              <w:rPr>
                <w:b/>
              </w:rPr>
              <w:t>Uhrzeit</w:t>
            </w:r>
            <w:proofErr w:type="spellEnd"/>
          </w:p>
        </w:tc>
        <w:tc>
          <w:tcPr>
            <w:tcW w:w="6804" w:type="dxa"/>
            <w:vAlign w:val="center"/>
          </w:tcPr>
          <w:p w14:paraId="79D9D16B" w14:textId="57628924" w:rsidR="00A47123" w:rsidRDefault="004D5130" w:rsidP="00546936">
            <w:pPr>
              <w:jc w:val="center"/>
            </w:pPr>
            <w:proofErr w:type="spellStart"/>
            <w:r>
              <w:rPr>
                <w:b/>
              </w:rPr>
              <w:t>Mahlzeit</w:t>
            </w:r>
            <w:proofErr w:type="spellEnd"/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Getränke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genau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auflisten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387" w:type="dxa"/>
            <w:vAlign w:val="center"/>
          </w:tcPr>
          <w:p w14:paraId="3443EA16" w14:textId="77777777" w:rsidR="00A47123" w:rsidRDefault="00A47123" w:rsidP="00546936">
            <w:pPr>
              <w:jc w:val="center"/>
            </w:pPr>
            <w:r>
              <w:rPr>
                <w:b/>
              </w:rPr>
              <w:t xml:space="preserve">Hunger </w:t>
            </w:r>
            <w:proofErr w:type="spellStart"/>
            <w:r>
              <w:rPr>
                <w:b/>
              </w:rPr>
              <w:t>vor</w:t>
            </w:r>
            <w:proofErr w:type="spellEnd"/>
            <w:r>
              <w:rPr>
                <w:b/>
              </w:rPr>
              <w:t xml:space="preserve"> dem Essen (0-10)</w:t>
            </w:r>
          </w:p>
        </w:tc>
        <w:tc>
          <w:tcPr>
            <w:tcW w:w="3412" w:type="dxa"/>
            <w:vAlign w:val="center"/>
          </w:tcPr>
          <w:p w14:paraId="2C781D58" w14:textId="77777777" w:rsidR="00A47123" w:rsidRPr="00A47123" w:rsidRDefault="00A47123" w:rsidP="00546936">
            <w:pPr>
              <w:jc w:val="center"/>
              <w:rPr>
                <w:b/>
              </w:rPr>
            </w:pPr>
            <w:proofErr w:type="spellStart"/>
            <w:r w:rsidRPr="00A47123">
              <w:rPr>
                <w:b/>
              </w:rPr>
              <w:t>Sättigung</w:t>
            </w:r>
            <w:proofErr w:type="spellEnd"/>
            <w:r w:rsidRPr="00A47123">
              <w:rPr>
                <w:b/>
              </w:rPr>
              <w:t xml:space="preserve"> </w:t>
            </w:r>
            <w:proofErr w:type="spellStart"/>
            <w:r w:rsidRPr="00A47123">
              <w:rPr>
                <w:b/>
              </w:rPr>
              <w:t>nach</w:t>
            </w:r>
            <w:proofErr w:type="spellEnd"/>
            <w:r w:rsidRPr="00A47123">
              <w:rPr>
                <w:b/>
              </w:rPr>
              <w:t xml:space="preserve"> dem Essen </w:t>
            </w:r>
            <w:r>
              <w:rPr>
                <w:b/>
              </w:rPr>
              <w:br/>
            </w:r>
            <w:r w:rsidRPr="00A47123">
              <w:rPr>
                <w:b/>
              </w:rPr>
              <w:t>(0-10)</w:t>
            </w:r>
          </w:p>
        </w:tc>
      </w:tr>
      <w:tr w:rsidR="00A47123" w14:paraId="0F039BA6" w14:textId="77777777" w:rsidTr="00546936">
        <w:trPr>
          <w:trHeight w:val="721"/>
          <w:jc w:val="center"/>
        </w:trPr>
        <w:tc>
          <w:tcPr>
            <w:tcW w:w="959" w:type="dxa"/>
          </w:tcPr>
          <w:p w14:paraId="07FD2B6C" w14:textId="77777777" w:rsidR="00A47123" w:rsidRDefault="00A47123" w:rsidP="00546936"/>
        </w:tc>
        <w:tc>
          <w:tcPr>
            <w:tcW w:w="1134" w:type="dxa"/>
          </w:tcPr>
          <w:p w14:paraId="16778E60" w14:textId="77777777" w:rsidR="00A47123" w:rsidRDefault="00A47123" w:rsidP="00546936"/>
        </w:tc>
        <w:tc>
          <w:tcPr>
            <w:tcW w:w="6804" w:type="dxa"/>
          </w:tcPr>
          <w:p w14:paraId="039DBEF0" w14:textId="77777777" w:rsidR="00A47123" w:rsidRDefault="00A47123" w:rsidP="00546936"/>
        </w:tc>
        <w:tc>
          <w:tcPr>
            <w:tcW w:w="2387" w:type="dxa"/>
          </w:tcPr>
          <w:p w14:paraId="55B2AA4B" w14:textId="77777777" w:rsidR="00A47123" w:rsidRDefault="00A47123" w:rsidP="00546936"/>
        </w:tc>
        <w:tc>
          <w:tcPr>
            <w:tcW w:w="3412" w:type="dxa"/>
          </w:tcPr>
          <w:p w14:paraId="423BE66C" w14:textId="77777777" w:rsidR="00A47123" w:rsidRDefault="00A47123" w:rsidP="00546936"/>
        </w:tc>
      </w:tr>
      <w:tr w:rsidR="00A47123" w14:paraId="02BD0287" w14:textId="77777777" w:rsidTr="00546936">
        <w:trPr>
          <w:trHeight w:val="689"/>
          <w:jc w:val="center"/>
        </w:trPr>
        <w:tc>
          <w:tcPr>
            <w:tcW w:w="959" w:type="dxa"/>
          </w:tcPr>
          <w:p w14:paraId="1876DDB0" w14:textId="77777777" w:rsidR="00A47123" w:rsidRDefault="00A47123" w:rsidP="00546936"/>
        </w:tc>
        <w:tc>
          <w:tcPr>
            <w:tcW w:w="1134" w:type="dxa"/>
          </w:tcPr>
          <w:p w14:paraId="23236D20" w14:textId="77777777" w:rsidR="00A47123" w:rsidRDefault="00A47123" w:rsidP="00546936"/>
        </w:tc>
        <w:tc>
          <w:tcPr>
            <w:tcW w:w="6804" w:type="dxa"/>
          </w:tcPr>
          <w:p w14:paraId="211E2358" w14:textId="77777777" w:rsidR="00A47123" w:rsidRDefault="00A47123" w:rsidP="00546936"/>
        </w:tc>
        <w:tc>
          <w:tcPr>
            <w:tcW w:w="2387" w:type="dxa"/>
          </w:tcPr>
          <w:p w14:paraId="1C3E9BB9" w14:textId="77777777" w:rsidR="00A47123" w:rsidRDefault="00A47123" w:rsidP="00546936"/>
        </w:tc>
        <w:tc>
          <w:tcPr>
            <w:tcW w:w="3412" w:type="dxa"/>
          </w:tcPr>
          <w:p w14:paraId="28E8B6E4" w14:textId="77777777" w:rsidR="00A47123" w:rsidRDefault="00A47123" w:rsidP="00546936"/>
        </w:tc>
      </w:tr>
      <w:tr w:rsidR="00A47123" w14:paraId="160B86EF" w14:textId="77777777" w:rsidTr="00546936">
        <w:trPr>
          <w:trHeight w:val="713"/>
          <w:jc w:val="center"/>
        </w:trPr>
        <w:tc>
          <w:tcPr>
            <w:tcW w:w="959" w:type="dxa"/>
          </w:tcPr>
          <w:p w14:paraId="2816A347" w14:textId="77777777" w:rsidR="00A47123" w:rsidRDefault="00A47123" w:rsidP="00546936"/>
        </w:tc>
        <w:tc>
          <w:tcPr>
            <w:tcW w:w="1134" w:type="dxa"/>
          </w:tcPr>
          <w:p w14:paraId="0782910C" w14:textId="77777777" w:rsidR="00A47123" w:rsidRDefault="00A47123" w:rsidP="00546936"/>
        </w:tc>
        <w:tc>
          <w:tcPr>
            <w:tcW w:w="6804" w:type="dxa"/>
          </w:tcPr>
          <w:p w14:paraId="370330F5" w14:textId="77777777" w:rsidR="00A47123" w:rsidRDefault="00A47123" w:rsidP="00546936"/>
        </w:tc>
        <w:tc>
          <w:tcPr>
            <w:tcW w:w="2387" w:type="dxa"/>
          </w:tcPr>
          <w:p w14:paraId="1079F84E" w14:textId="77777777" w:rsidR="00A47123" w:rsidRDefault="00A47123" w:rsidP="00546936"/>
        </w:tc>
        <w:tc>
          <w:tcPr>
            <w:tcW w:w="3412" w:type="dxa"/>
          </w:tcPr>
          <w:p w14:paraId="32377EE3" w14:textId="77777777" w:rsidR="00A47123" w:rsidRDefault="00A47123" w:rsidP="00546936"/>
        </w:tc>
      </w:tr>
      <w:tr w:rsidR="00A47123" w14:paraId="55353751" w14:textId="77777777" w:rsidTr="00546936">
        <w:trPr>
          <w:trHeight w:val="694"/>
          <w:jc w:val="center"/>
        </w:trPr>
        <w:tc>
          <w:tcPr>
            <w:tcW w:w="959" w:type="dxa"/>
          </w:tcPr>
          <w:p w14:paraId="534448B4" w14:textId="77777777" w:rsidR="00A47123" w:rsidRDefault="00A47123" w:rsidP="00546936"/>
        </w:tc>
        <w:tc>
          <w:tcPr>
            <w:tcW w:w="1134" w:type="dxa"/>
          </w:tcPr>
          <w:p w14:paraId="7DA5FEF9" w14:textId="77777777" w:rsidR="00A47123" w:rsidRDefault="00A47123" w:rsidP="00546936"/>
        </w:tc>
        <w:tc>
          <w:tcPr>
            <w:tcW w:w="6804" w:type="dxa"/>
          </w:tcPr>
          <w:p w14:paraId="643391A3" w14:textId="77777777" w:rsidR="00A47123" w:rsidRDefault="00A47123" w:rsidP="00546936"/>
        </w:tc>
        <w:tc>
          <w:tcPr>
            <w:tcW w:w="2387" w:type="dxa"/>
          </w:tcPr>
          <w:p w14:paraId="29670BBC" w14:textId="77777777" w:rsidR="00A47123" w:rsidRDefault="00A47123" w:rsidP="00546936"/>
        </w:tc>
        <w:tc>
          <w:tcPr>
            <w:tcW w:w="3412" w:type="dxa"/>
          </w:tcPr>
          <w:p w14:paraId="7139E5E3" w14:textId="77777777" w:rsidR="00A47123" w:rsidRDefault="00A47123" w:rsidP="00546936"/>
        </w:tc>
      </w:tr>
      <w:tr w:rsidR="00A47123" w14:paraId="3BA5FC40" w14:textId="77777777" w:rsidTr="00546936">
        <w:trPr>
          <w:trHeight w:val="705"/>
          <w:jc w:val="center"/>
        </w:trPr>
        <w:tc>
          <w:tcPr>
            <w:tcW w:w="959" w:type="dxa"/>
          </w:tcPr>
          <w:p w14:paraId="7597F005" w14:textId="77777777" w:rsidR="00A47123" w:rsidRDefault="00A47123" w:rsidP="00546936"/>
        </w:tc>
        <w:tc>
          <w:tcPr>
            <w:tcW w:w="1134" w:type="dxa"/>
          </w:tcPr>
          <w:p w14:paraId="60DFE899" w14:textId="77777777" w:rsidR="00A47123" w:rsidRDefault="00A47123" w:rsidP="00546936"/>
        </w:tc>
        <w:tc>
          <w:tcPr>
            <w:tcW w:w="6804" w:type="dxa"/>
          </w:tcPr>
          <w:p w14:paraId="08EB2E4C" w14:textId="77777777" w:rsidR="00A47123" w:rsidRDefault="00A47123" w:rsidP="00546936"/>
        </w:tc>
        <w:tc>
          <w:tcPr>
            <w:tcW w:w="2387" w:type="dxa"/>
          </w:tcPr>
          <w:p w14:paraId="415BBEA0" w14:textId="77777777" w:rsidR="00A47123" w:rsidRDefault="00A47123" w:rsidP="00546936"/>
        </w:tc>
        <w:tc>
          <w:tcPr>
            <w:tcW w:w="3412" w:type="dxa"/>
          </w:tcPr>
          <w:p w14:paraId="77ACCF9F" w14:textId="77777777" w:rsidR="00A47123" w:rsidRDefault="00A47123" w:rsidP="00546936"/>
        </w:tc>
      </w:tr>
      <w:tr w:rsidR="00A47123" w14:paraId="166E105B" w14:textId="77777777" w:rsidTr="00546936">
        <w:trPr>
          <w:trHeight w:val="687"/>
          <w:jc w:val="center"/>
        </w:trPr>
        <w:tc>
          <w:tcPr>
            <w:tcW w:w="959" w:type="dxa"/>
          </w:tcPr>
          <w:p w14:paraId="69CAF5E5" w14:textId="77777777" w:rsidR="00A47123" w:rsidRDefault="00A47123" w:rsidP="00546936"/>
        </w:tc>
        <w:tc>
          <w:tcPr>
            <w:tcW w:w="1134" w:type="dxa"/>
          </w:tcPr>
          <w:p w14:paraId="2A483972" w14:textId="77777777" w:rsidR="00A47123" w:rsidRDefault="00A47123" w:rsidP="00546936"/>
        </w:tc>
        <w:tc>
          <w:tcPr>
            <w:tcW w:w="6804" w:type="dxa"/>
          </w:tcPr>
          <w:p w14:paraId="2FD0896E" w14:textId="77777777" w:rsidR="00A47123" w:rsidRDefault="00A47123" w:rsidP="00546936"/>
        </w:tc>
        <w:tc>
          <w:tcPr>
            <w:tcW w:w="2387" w:type="dxa"/>
          </w:tcPr>
          <w:p w14:paraId="6E351195" w14:textId="77777777" w:rsidR="00A47123" w:rsidRDefault="00A47123" w:rsidP="00546936"/>
        </w:tc>
        <w:tc>
          <w:tcPr>
            <w:tcW w:w="3412" w:type="dxa"/>
          </w:tcPr>
          <w:p w14:paraId="04F06C0E" w14:textId="77777777" w:rsidR="00A47123" w:rsidRDefault="00A47123" w:rsidP="00546936"/>
        </w:tc>
      </w:tr>
      <w:tr w:rsidR="00A47123" w14:paraId="76C4EE5E" w14:textId="77777777" w:rsidTr="00546936">
        <w:trPr>
          <w:trHeight w:val="710"/>
          <w:jc w:val="center"/>
        </w:trPr>
        <w:tc>
          <w:tcPr>
            <w:tcW w:w="959" w:type="dxa"/>
          </w:tcPr>
          <w:p w14:paraId="1776408A" w14:textId="77777777" w:rsidR="00A47123" w:rsidRDefault="00A47123" w:rsidP="00546936"/>
        </w:tc>
        <w:tc>
          <w:tcPr>
            <w:tcW w:w="1134" w:type="dxa"/>
          </w:tcPr>
          <w:p w14:paraId="2E969A91" w14:textId="77777777" w:rsidR="00A47123" w:rsidRDefault="00A47123" w:rsidP="00546936"/>
        </w:tc>
        <w:tc>
          <w:tcPr>
            <w:tcW w:w="6804" w:type="dxa"/>
          </w:tcPr>
          <w:p w14:paraId="62B47B80" w14:textId="77777777" w:rsidR="00A47123" w:rsidRDefault="00A47123" w:rsidP="00546936"/>
        </w:tc>
        <w:tc>
          <w:tcPr>
            <w:tcW w:w="2387" w:type="dxa"/>
          </w:tcPr>
          <w:p w14:paraId="40F2BAA3" w14:textId="77777777" w:rsidR="00A47123" w:rsidRDefault="00A47123" w:rsidP="00546936"/>
        </w:tc>
        <w:tc>
          <w:tcPr>
            <w:tcW w:w="3412" w:type="dxa"/>
          </w:tcPr>
          <w:p w14:paraId="3AEED096" w14:textId="77777777" w:rsidR="00A47123" w:rsidRDefault="00A47123" w:rsidP="00546936"/>
        </w:tc>
      </w:tr>
      <w:tr w:rsidR="00A47123" w14:paraId="0AE44986" w14:textId="77777777" w:rsidTr="00546936">
        <w:trPr>
          <w:trHeight w:val="565"/>
          <w:jc w:val="center"/>
        </w:trPr>
        <w:tc>
          <w:tcPr>
            <w:tcW w:w="959" w:type="dxa"/>
          </w:tcPr>
          <w:p w14:paraId="7BF99138" w14:textId="77777777" w:rsidR="00A47123" w:rsidRDefault="00A47123" w:rsidP="00546936"/>
        </w:tc>
        <w:tc>
          <w:tcPr>
            <w:tcW w:w="1134" w:type="dxa"/>
          </w:tcPr>
          <w:p w14:paraId="304501F6" w14:textId="77777777" w:rsidR="00A47123" w:rsidRDefault="00A47123" w:rsidP="00546936"/>
        </w:tc>
        <w:tc>
          <w:tcPr>
            <w:tcW w:w="6804" w:type="dxa"/>
          </w:tcPr>
          <w:p w14:paraId="62691481" w14:textId="77777777" w:rsidR="00A47123" w:rsidRDefault="00A47123" w:rsidP="00546936"/>
        </w:tc>
        <w:tc>
          <w:tcPr>
            <w:tcW w:w="2387" w:type="dxa"/>
          </w:tcPr>
          <w:p w14:paraId="74448668" w14:textId="77777777" w:rsidR="00A47123" w:rsidRDefault="00A47123" w:rsidP="00546936"/>
        </w:tc>
        <w:tc>
          <w:tcPr>
            <w:tcW w:w="3412" w:type="dxa"/>
          </w:tcPr>
          <w:p w14:paraId="03E5330E" w14:textId="77777777" w:rsidR="00A47123" w:rsidRDefault="00A47123" w:rsidP="00546936"/>
        </w:tc>
      </w:tr>
    </w:tbl>
    <w:p w14:paraId="72E55E50" w14:textId="77777777" w:rsidR="00A47123" w:rsidRDefault="00A47123" w:rsidP="00A47123"/>
    <w:p w14:paraId="64600B96" w14:textId="77777777" w:rsidR="00A47123" w:rsidRDefault="00A47123" w:rsidP="00A47123">
      <w:proofErr w:type="spellStart"/>
      <w:r>
        <w:rPr>
          <w:b/>
        </w:rPr>
        <w:t>Tagesnotizen</w:t>
      </w:r>
      <w:proofErr w:type="spellEnd"/>
      <w:r>
        <w:rPr>
          <w:b/>
        </w:rPr>
        <w:t xml:space="preserve">: </w:t>
      </w:r>
      <w:proofErr w:type="spellStart"/>
      <w:r>
        <w:t>Stuhlgang</w:t>
      </w:r>
      <w:proofErr w:type="spellEnd"/>
      <w:r>
        <w:t xml:space="preserve">: ____________________    Stress (0–10): ______    </w:t>
      </w:r>
      <w:proofErr w:type="spellStart"/>
      <w:r>
        <w:t>Bewegung</w:t>
      </w:r>
      <w:proofErr w:type="spellEnd"/>
      <w:r>
        <w:t xml:space="preserve">: ____________________    </w:t>
      </w:r>
      <w:proofErr w:type="spellStart"/>
      <w:r>
        <w:t>Besonderheiten</w:t>
      </w:r>
      <w:proofErr w:type="spellEnd"/>
      <w:r>
        <w:t>: ______________________________</w:t>
      </w:r>
    </w:p>
    <w:p w14:paraId="29FC541D" w14:textId="77777777" w:rsidR="00A47123" w:rsidRDefault="00A47123" w:rsidP="007A745D">
      <w:pPr>
        <w:jc w:val="center"/>
      </w:pPr>
    </w:p>
    <w:p w14:paraId="48E0CBE4" w14:textId="77777777" w:rsidR="00A47123" w:rsidRDefault="00A47123" w:rsidP="00A47123">
      <w:pPr>
        <w:jc w:val="center"/>
      </w:pPr>
      <w:r>
        <w:rPr>
          <w:noProof/>
        </w:rPr>
        <w:lastRenderedPageBreak/>
        <w:drawing>
          <wp:inline distT="0" distB="0" distL="0" distR="0" wp14:anchorId="2F9CAC43" wp14:editId="28894090">
            <wp:extent cx="1866122" cy="1354337"/>
            <wp:effectExtent l="0" t="0" r="1270" b="5080"/>
            <wp:docPr id="15699660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png"/>
                    <pic:cNvPicPr/>
                  </pic:nvPicPr>
                  <pic:blipFill rotWithShape="1">
                    <a:blip r:embed="rId8"/>
                    <a:srcRect t="11522" b="159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3673" cy="1367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FACBFC" w14:textId="77777777" w:rsidR="00A47123" w:rsidRDefault="00A47123" w:rsidP="00A47123">
      <w:pPr>
        <w:jc w:val="center"/>
      </w:pPr>
      <w:proofErr w:type="spellStart"/>
      <w:r>
        <w:rPr>
          <w:b/>
          <w:color w:val="6F8B84"/>
          <w:sz w:val="36"/>
        </w:rPr>
        <w:t>Ernährungsprotokoll</w:t>
      </w:r>
      <w:proofErr w:type="spellEnd"/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956"/>
        <w:gridCol w:w="1130"/>
        <w:gridCol w:w="6681"/>
        <w:gridCol w:w="2350"/>
        <w:gridCol w:w="3353"/>
      </w:tblGrid>
      <w:tr w:rsidR="00A47123" w14:paraId="42774A71" w14:textId="77777777" w:rsidTr="00546936">
        <w:trPr>
          <w:jc w:val="center"/>
        </w:trPr>
        <w:tc>
          <w:tcPr>
            <w:tcW w:w="959" w:type="dxa"/>
            <w:vAlign w:val="center"/>
          </w:tcPr>
          <w:p w14:paraId="1A7068D4" w14:textId="77777777" w:rsidR="00A47123" w:rsidRDefault="00A47123" w:rsidP="00546936">
            <w:r>
              <w:rPr>
                <w:b/>
              </w:rPr>
              <w:t>Datum</w:t>
            </w:r>
          </w:p>
        </w:tc>
        <w:tc>
          <w:tcPr>
            <w:tcW w:w="1134" w:type="dxa"/>
            <w:vAlign w:val="center"/>
          </w:tcPr>
          <w:p w14:paraId="65723E3E" w14:textId="77777777" w:rsidR="00A47123" w:rsidRDefault="00A47123" w:rsidP="00546936">
            <w:proofErr w:type="spellStart"/>
            <w:r>
              <w:rPr>
                <w:b/>
              </w:rPr>
              <w:t>Uhrzeit</w:t>
            </w:r>
            <w:proofErr w:type="spellEnd"/>
          </w:p>
        </w:tc>
        <w:tc>
          <w:tcPr>
            <w:tcW w:w="6804" w:type="dxa"/>
            <w:vAlign w:val="center"/>
          </w:tcPr>
          <w:p w14:paraId="6ACAB753" w14:textId="3941F7A3" w:rsidR="00A47123" w:rsidRDefault="004D5130" w:rsidP="00546936">
            <w:pPr>
              <w:jc w:val="center"/>
            </w:pPr>
            <w:proofErr w:type="spellStart"/>
            <w:r>
              <w:rPr>
                <w:b/>
              </w:rPr>
              <w:t>Mahlzeit</w:t>
            </w:r>
            <w:proofErr w:type="spellEnd"/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Getränke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genau</w:t>
            </w:r>
            <w:proofErr w:type="spellEnd"/>
            <w:r>
              <w:rPr>
                <w:b/>
              </w:rPr>
              <w:t xml:space="preserve"> auflisten)</w:t>
            </w:r>
          </w:p>
        </w:tc>
        <w:tc>
          <w:tcPr>
            <w:tcW w:w="2387" w:type="dxa"/>
            <w:vAlign w:val="center"/>
          </w:tcPr>
          <w:p w14:paraId="7DE7CD15" w14:textId="77777777" w:rsidR="00A47123" w:rsidRDefault="00A47123" w:rsidP="00546936">
            <w:pPr>
              <w:jc w:val="center"/>
            </w:pPr>
            <w:r>
              <w:rPr>
                <w:b/>
              </w:rPr>
              <w:t xml:space="preserve">Hunger </w:t>
            </w:r>
            <w:proofErr w:type="spellStart"/>
            <w:r>
              <w:rPr>
                <w:b/>
              </w:rPr>
              <w:t>vor</w:t>
            </w:r>
            <w:proofErr w:type="spellEnd"/>
            <w:r>
              <w:rPr>
                <w:b/>
              </w:rPr>
              <w:t xml:space="preserve"> dem Essen (0-10)</w:t>
            </w:r>
          </w:p>
        </w:tc>
        <w:tc>
          <w:tcPr>
            <w:tcW w:w="3412" w:type="dxa"/>
            <w:vAlign w:val="center"/>
          </w:tcPr>
          <w:p w14:paraId="40B3880E" w14:textId="77777777" w:rsidR="00A47123" w:rsidRPr="00A47123" w:rsidRDefault="00A47123" w:rsidP="00546936">
            <w:pPr>
              <w:jc w:val="center"/>
              <w:rPr>
                <w:b/>
              </w:rPr>
            </w:pPr>
            <w:proofErr w:type="spellStart"/>
            <w:r w:rsidRPr="00A47123">
              <w:rPr>
                <w:b/>
              </w:rPr>
              <w:t>Sättigung</w:t>
            </w:r>
            <w:proofErr w:type="spellEnd"/>
            <w:r w:rsidRPr="00A47123">
              <w:rPr>
                <w:b/>
              </w:rPr>
              <w:t xml:space="preserve"> </w:t>
            </w:r>
            <w:proofErr w:type="spellStart"/>
            <w:r w:rsidRPr="00A47123">
              <w:rPr>
                <w:b/>
              </w:rPr>
              <w:t>nach</w:t>
            </w:r>
            <w:proofErr w:type="spellEnd"/>
            <w:r w:rsidRPr="00A47123">
              <w:rPr>
                <w:b/>
              </w:rPr>
              <w:t xml:space="preserve"> dem Essen </w:t>
            </w:r>
            <w:r>
              <w:rPr>
                <w:b/>
              </w:rPr>
              <w:br/>
            </w:r>
            <w:r w:rsidRPr="00A47123">
              <w:rPr>
                <w:b/>
              </w:rPr>
              <w:t>(0-10)</w:t>
            </w:r>
          </w:p>
        </w:tc>
      </w:tr>
      <w:tr w:rsidR="00A47123" w14:paraId="79F3A79C" w14:textId="77777777" w:rsidTr="00546936">
        <w:trPr>
          <w:trHeight w:val="721"/>
          <w:jc w:val="center"/>
        </w:trPr>
        <w:tc>
          <w:tcPr>
            <w:tcW w:w="959" w:type="dxa"/>
          </w:tcPr>
          <w:p w14:paraId="756FA438" w14:textId="77777777" w:rsidR="00A47123" w:rsidRDefault="00A47123" w:rsidP="00546936"/>
        </w:tc>
        <w:tc>
          <w:tcPr>
            <w:tcW w:w="1134" w:type="dxa"/>
          </w:tcPr>
          <w:p w14:paraId="56FBEA02" w14:textId="77777777" w:rsidR="00A47123" w:rsidRDefault="00A47123" w:rsidP="00546936"/>
        </w:tc>
        <w:tc>
          <w:tcPr>
            <w:tcW w:w="6804" w:type="dxa"/>
          </w:tcPr>
          <w:p w14:paraId="194D3DB3" w14:textId="77777777" w:rsidR="00A47123" w:rsidRDefault="00A47123" w:rsidP="00546936"/>
        </w:tc>
        <w:tc>
          <w:tcPr>
            <w:tcW w:w="2387" w:type="dxa"/>
          </w:tcPr>
          <w:p w14:paraId="4344AFE1" w14:textId="77777777" w:rsidR="00A47123" w:rsidRDefault="00A47123" w:rsidP="00546936"/>
        </w:tc>
        <w:tc>
          <w:tcPr>
            <w:tcW w:w="3412" w:type="dxa"/>
          </w:tcPr>
          <w:p w14:paraId="3D1C18E4" w14:textId="77777777" w:rsidR="00A47123" w:rsidRDefault="00A47123" w:rsidP="00546936"/>
        </w:tc>
      </w:tr>
      <w:tr w:rsidR="00A47123" w14:paraId="539C50E9" w14:textId="77777777" w:rsidTr="00546936">
        <w:trPr>
          <w:trHeight w:val="689"/>
          <w:jc w:val="center"/>
        </w:trPr>
        <w:tc>
          <w:tcPr>
            <w:tcW w:w="959" w:type="dxa"/>
          </w:tcPr>
          <w:p w14:paraId="13720223" w14:textId="77777777" w:rsidR="00A47123" w:rsidRDefault="00A47123" w:rsidP="00546936"/>
        </w:tc>
        <w:tc>
          <w:tcPr>
            <w:tcW w:w="1134" w:type="dxa"/>
          </w:tcPr>
          <w:p w14:paraId="17C8B2F0" w14:textId="77777777" w:rsidR="00A47123" w:rsidRDefault="00A47123" w:rsidP="00546936"/>
        </w:tc>
        <w:tc>
          <w:tcPr>
            <w:tcW w:w="6804" w:type="dxa"/>
          </w:tcPr>
          <w:p w14:paraId="098559D6" w14:textId="77777777" w:rsidR="00A47123" w:rsidRDefault="00A47123" w:rsidP="00546936"/>
        </w:tc>
        <w:tc>
          <w:tcPr>
            <w:tcW w:w="2387" w:type="dxa"/>
          </w:tcPr>
          <w:p w14:paraId="5BD42681" w14:textId="77777777" w:rsidR="00A47123" w:rsidRDefault="00A47123" w:rsidP="00546936"/>
        </w:tc>
        <w:tc>
          <w:tcPr>
            <w:tcW w:w="3412" w:type="dxa"/>
          </w:tcPr>
          <w:p w14:paraId="74D612CE" w14:textId="77777777" w:rsidR="00A47123" w:rsidRDefault="00A47123" w:rsidP="00546936"/>
        </w:tc>
      </w:tr>
      <w:tr w:rsidR="00A47123" w14:paraId="6DEFFB64" w14:textId="77777777" w:rsidTr="00546936">
        <w:trPr>
          <w:trHeight w:val="713"/>
          <w:jc w:val="center"/>
        </w:trPr>
        <w:tc>
          <w:tcPr>
            <w:tcW w:w="959" w:type="dxa"/>
          </w:tcPr>
          <w:p w14:paraId="2ED8E006" w14:textId="77777777" w:rsidR="00A47123" w:rsidRDefault="00A47123" w:rsidP="00546936"/>
        </w:tc>
        <w:tc>
          <w:tcPr>
            <w:tcW w:w="1134" w:type="dxa"/>
          </w:tcPr>
          <w:p w14:paraId="511716CD" w14:textId="77777777" w:rsidR="00A47123" w:rsidRDefault="00A47123" w:rsidP="00546936"/>
        </w:tc>
        <w:tc>
          <w:tcPr>
            <w:tcW w:w="6804" w:type="dxa"/>
          </w:tcPr>
          <w:p w14:paraId="7DD2A164" w14:textId="77777777" w:rsidR="00A47123" w:rsidRDefault="00A47123" w:rsidP="00546936"/>
        </w:tc>
        <w:tc>
          <w:tcPr>
            <w:tcW w:w="2387" w:type="dxa"/>
          </w:tcPr>
          <w:p w14:paraId="14868140" w14:textId="77777777" w:rsidR="00A47123" w:rsidRDefault="00A47123" w:rsidP="00546936"/>
        </w:tc>
        <w:tc>
          <w:tcPr>
            <w:tcW w:w="3412" w:type="dxa"/>
          </w:tcPr>
          <w:p w14:paraId="07193AC3" w14:textId="77777777" w:rsidR="00A47123" w:rsidRDefault="00A47123" w:rsidP="00546936"/>
        </w:tc>
      </w:tr>
      <w:tr w:rsidR="00A47123" w14:paraId="59713F80" w14:textId="77777777" w:rsidTr="00546936">
        <w:trPr>
          <w:trHeight w:val="694"/>
          <w:jc w:val="center"/>
        </w:trPr>
        <w:tc>
          <w:tcPr>
            <w:tcW w:w="959" w:type="dxa"/>
          </w:tcPr>
          <w:p w14:paraId="2A8C2025" w14:textId="77777777" w:rsidR="00A47123" w:rsidRDefault="00A47123" w:rsidP="00546936"/>
        </w:tc>
        <w:tc>
          <w:tcPr>
            <w:tcW w:w="1134" w:type="dxa"/>
          </w:tcPr>
          <w:p w14:paraId="5CB9E5CF" w14:textId="77777777" w:rsidR="00A47123" w:rsidRDefault="00A47123" w:rsidP="00546936"/>
        </w:tc>
        <w:tc>
          <w:tcPr>
            <w:tcW w:w="6804" w:type="dxa"/>
          </w:tcPr>
          <w:p w14:paraId="62B22325" w14:textId="77777777" w:rsidR="00A47123" w:rsidRDefault="00A47123" w:rsidP="00546936"/>
        </w:tc>
        <w:tc>
          <w:tcPr>
            <w:tcW w:w="2387" w:type="dxa"/>
          </w:tcPr>
          <w:p w14:paraId="66FB2053" w14:textId="77777777" w:rsidR="00A47123" w:rsidRDefault="00A47123" w:rsidP="00546936"/>
        </w:tc>
        <w:tc>
          <w:tcPr>
            <w:tcW w:w="3412" w:type="dxa"/>
          </w:tcPr>
          <w:p w14:paraId="4B1400D8" w14:textId="77777777" w:rsidR="00A47123" w:rsidRDefault="00A47123" w:rsidP="00546936"/>
        </w:tc>
      </w:tr>
      <w:tr w:rsidR="00A47123" w14:paraId="4274C6CA" w14:textId="77777777" w:rsidTr="00546936">
        <w:trPr>
          <w:trHeight w:val="705"/>
          <w:jc w:val="center"/>
        </w:trPr>
        <w:tc>
          <w:tcPr>
            <w:tcW w:w="959" w:type="dxa"/>
          </w:tcPr>
          <w:p w14:paraId="689DF3F4" w14:textId="77777777" w:rsidR="00A47123" w:rsidRDefault="00A47123" w:rsidP="00546936"/>
        </w:tc>
        <w:tc>
          <w:tcPr>
            <w:tcW w:w="1134" w:type="dxa"/>
          </w:tcPr>
          <w:p w14:paraId="0EA4CB68" w14:textId="77777777" w:rsidR="00A47123" w:rsidRDefault="00A47123" w:rsidP="00546936"/>
        </w:tc>
        <w:tc>
          <w:tcPr>
            <w:tcW w:w="6804" w:type="dxa"/>
          </w:tcPr>
          <w:p w14:paraId="631C209B" w14:textId="77777777" w:rsidR="00A47123" w:rsidRDefault="00A47123" w:rsidP="00546936"/>
        </w:tc>
        <w:tc>
          <w:tcPr>
            <w:tcW w:w="2387" w:type="dxa"/>
          </w:tcPr>
          <w:p w14:paraId="491BD39E" w14:textId="77777777" w:rsidR="00A47123" w:rsidRDefault="00A47123" w:rsidP="00546936"/>
        </w:tc>
        <w:tc>
          <w:tcPr>
            <w:tcW w:w="3412" w:type="dxa"/>
          </w:tcPr>
          <w:p w14:paraId="4B923129" w14:textId="77777777" w:rsidR="00A47123" w:rsidRDefault="00A47123" w:rsidP="00546936"/>
        </w:tc>
      </w:tr>
      <w:tr w:rsidR="00A47123" w14:paraId="7C162368" w14:textId="77777777" w:rsidTr="00546936">
        <w:trPr>
          <w:trHeight w:val="687"/>
          <w:jc w:val="center"/>
        </w:trPr>
        <w:tc>
          <w:tcPr>
            <w:tcW w:w="959" w:type="dxa"/>
          </w:tcPr>
          <w:p w14:paraId="14FB0582" w14:textId="77777777" w:rsidR="00A47123" w:rsidRDefault="00A47123" w:rsidP="00546936"/>
        </w:tc>
        <w:tc>
          <w:tcPr>
            <w:tcW w:w="1134" w:type="dxa"/>
          </w:tcPr>
          <w:p w14:paraId="7D0F02B2" w14:textId="77777777" w:rsidR="00A47123" w:rsidRDefault="00A47123" w:rsidP="00546936"/>
        </w:tc>
        <w:tc>
          <w:tcPr>
            <w:tcW w:w="6804" w:type="dxa"/>
          </w:tcPr>
          <w:p w14:paraId="43E768E4" w14:textId="77777777" w:rsidR="00A47123" w:rsidRDefault="00A47123" w:rsidP="00546936"/>
        </w:tc>
        <w:tc>
          <w:tcPr>
            <w:tcW w:w="2387" w:type="dxa"/>
          </w:tcPr>
          <w:p w14:paraId="1FAFC0D5" w14:textId="77777777" w:rsidR="00A47123" w:rsidRDefault="00A47123" w:rsidP="00546936"/>
        </w:tc>
        <w:tc>
          <w:tcPr>
            <w:tcW w:w="3412" w:type="dxa"/>
          </w:tcPr>
          <w:p w14:paraId="3485623A" w14:textId="77777777" w:rsidR="00A47123" w:rsidRDefault="00A47123" w:rsidP="00546936"/>
        </w:tc>
      </w:tr>
      <w:tr w:rsidR="00A47123" w14:paraId="06B4401E" w14:textId="77777777" w:rsidTr="00546936">
        <w:trPr>
          <w:trHeight w:val="710"/>
          <w:jc w:val="center"/>
        </w:trPr>
        <w:tc>
          <w:tcPr>
            <w:tcW w:w="959" w:type="dxa"/>
          </w:tcPr>
          <w:p w14:paraId="785952E6" w14:textId="77777777" w:rsidR="00A47123" w:rsidRDefault="00A47123" w:rsidP="00546936"/>
        </w:tc>
        <w:tc>
          <w:tcPr>
            <w:tcW w:w="1134" w:type="dxa"/>
          </w:tcPr>
          <w:p w14:paraId="15CE4701" w14:textId="77777777" w:rsidR="00A47123" w:rsidRDefault="00A47123" w:rsidP="00546936"/>
        </w:tc>
        <w:tc>
          <w:tcPr>
            <w:tcW w:w="6804" w:type="dxa"/>
          </w:tcPr>
          <w:p w14:paraId="2586B82C" w14:textId="77777777" w:rsidR="00A47123" w:rsidRDefault="00A47123" w:rsidP="00546936"/>
        </w:tc>
        <w:tc>
          <w:tcPr>
            <w:tcW w:w="2387" w:type="dxa"/>
          </w:tcPr>
          <w:p w14:paraId="3C543C69" w14:textId="77777777" w:rsidR="00A47123" w:rsidRDefault="00A47123" w:rsidP="00546936"/>
        </w:tc>
        <w:tc>
          <w:tcPr>
            <w:tcW w:w="3412" w:type="dxa"/>
          </w:tcPr>
          <w:p w14:paraId="069E6C7A" w14:textId="77777777" w:rsidR="00A47123" w:rsidRDefault="00A47123" w:rsidP="00546936"/>
        </w:tc>
      </w:tr>
      <w:tr w:rsidR="00A47123" w14:paraId="2BBD8C63" w14:textId="77777777" w:rsidTr="00546936">
        <w:trPr>
          <w:trHeight w:val="565"/>
          <w:jc w:val="center"/>
        </w:trPr>
        <w:tc>
          <w:tcPr>
            <w:tcW w:w="959" w:type="dxa"/>
          </w:tcPr>
          <w:p w14:paraId="4C0C706D" w14:textId="77777777" w:rsidR="00A47123" w:rsidRDefault="00A47123" w:rsidP="00546936"/>
        </w:tc>
        <w:tc>
          <w:tcPr>
            <w:tcW w:w="1134" w:type="dxa"/>
          </w:tcPr>
          <w:p w14:paraId="1441E1EA" w14:textId="77777777" w:rsidR="00A47123" w:rsidRDefault="00A47123" w:rsidP="00546936"/>
        </w:tc>
        <w:tc>
          <w:tcPr>
            <w:tcW w:w="6804" w:type="dxa"/>
          </w:tcPr>
          <w:p w14:paraId="3E847918" w14:textId="77777777" w:rsidR="00A47123" w:rsidRDefault="00A47123" w:rsidP="00546936"/>
        </w:tc>
        <w:tc>
          <w:tcPr>
            <w:tcW w:w="2387" w:type="dxa"/>
          </w:tcPr>
          <w:p w14:paraId="7B265233" w14:textId="77777777" w:rsidR="00A47123" w:rsidRDefault="00A47123" w:rsidP="00546936"/>
        </w:tc>
        <w:tc>
          <w:tcPr>
            <w:tcW w:w="3412" w:type="dxa"/>
          </w:tcPr>
          <w:p w14:paraId="082C6F7C" w14:textId="77777777" w:rsidR="00A47123" w:rsidRDefault="00A47123" w:rsidP="00546936"/>
        </w:tc>
      </w:tr>
    </w:tbl>
    <w:p w14:paraId="21BF8F7A" w14:textId="77777777" w:rsidR="00A47123" w:rsidRDefault="00A47123" w:rsidP="00A47123"/>
    <w:p w14:paraId="4CF0092C" w14:textId="77777777" w:rsidR="00A47123" w:rsidRDefault="00A47123" w:rsidP="00A47123">
      <w:proofErr w:type="spellStart"/>
      <w:r>
        <w:rPr>
          <w:b/>
        </w:rPr>
        <w:t>Tagesnotizen</w:t>
      </w:r>
      <w:proofErr w:type="spellEnd"/>
      <w:r>
        <w:rPr>
          <w:b/>
        </w:rPr>
        <w:t xml:space="preserve">: </w:t>
      </w:r>
      <w:proofErr w:type="spellStart"/>
      <w:r>
        <w:t>Stuhlgang</w:t>
      </w:r>
      <w:proofErr w:type="spellEnd"/>
      <w:r>
        <w:t xml:space="preserve">: ____________________    Stress (0–10): ______    </w:t>
      </w:r>
      <w:proofErr w:type="spellStart"/>
      <w:r>
        <w:t>Bewegung</w:t>
      </w:r>
      <w:proofErr w:type="spellEnd"/>
      <w:r>
        <w:t xml:space="preserve">: ____________________    </w:t>
      </w:r>
      <w:proofErr w:type="spellStart"/>
      <w:r>
        <w:t>Besonderheiten</w:t>
      </w:r>
      <w:proofErr w:type="spellEnd"/>
      <w:r>
        <w:t>: ______________________________</w:t>
      </w:r>
    </w:p>
    <w:p w14:paraId="0043ECD1" w14:textId="77777777" w:rsidR="00A47123" w:rsidRDefault="00A47123" w:rsidP="007A745D">
      <w:pPr>
        <w:jc w:val="center"/>
      </w:pPr>
    </w:p>
    <w:sectPr w:rsidR="00A47123" w:rsidSect="00034616">
      <w:footerReference w:type="default" r:id="rId9"/>
      <w:pgSz w:w="15840" w:h="12240" w:orient="landscape"/>
      <w:pgMar w:top="567" w:right="680" w:bottom="567" w:left="6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13B176" w14:textId="77777777" w:rsidR="002C040A" w:rsidRDefault="002C040A" w:rsidP="007A745D">
      <w:pPr>
        <w:spacing w:after="0" w:line="240" w:lineRule="auto"/>
      </w:pPr>
      <w:r>
        <w:separator/>
      </w:r>
    </w:p>
  </w:endnote>
  <w:endnote w:type="continuationSeparator" w:id="0">
    <w:p w14:paraId="20C0A761" w14:textId="77777777" w:rsidR="002C040A" w:rsidRDefault="002C040A" w:rsidP="007A74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1D8FF" w14:textId="77777777" w:rsidR="007A745D" w:rsidRDefault="007A745D">
    <w:pPr>
      <w:pStyle w:val="Fuzeile"/>
      <w:jc w:val="right"/>
    </w:pPr>
    <w:r>
      <w:rPr>
        <w:color w:val="4F81BD" w:themeColor="accent1"/>
        <w:sz w:val="20"/>
        <w:szCs w:val="20"/>
      </w:rPr>
      <w:t xml:space="preserve">S. </w:t>
    </w:r>
    <w:r>
      <w:rPr>
        <w:color w:val="4F81BD" w:themeColor="accent1"/>
        <w:sz w:val="20"/>
        <w:szCs w:val="20"/>
      </w:rPr>
      <w:fldChar w:fldCharType="begin"/>
    </w:r>
    <w:r>
      <w:rPr>
        <w:color w:val="4F81BD" w:themeColor="accent1"/>
        <w:sz w:val="20"/>
        <w:szCs w:val="20"/>
      </w:rPr>
      <w:instrText>PAGE \* Arabisch</w:instrText>
    </w:r>
    <w:r>
      <w:rPr>
        <w:color w:val="4F81BD" w:themeColor="accent1"/>
        <w:sz w:val="20"/>
        <w:szCs w:val="20"/>
      </w:rPr>
      <w:fldChar w:fldCharType="separate"/>
    </w:r>
    <w:r>
      <w:rPr>
        <w:color w:val="4F81BD" w:themeColor="accent1"/>
        <w:sz w:val="20"/>
        <w:szCs w:val="20"/>
      </w:rPr>
      <w:t>1</w:t>
    </w:r>
    <w:r>
      <w:rPr>
        <w:color w:val="4F81BD" w:themeColor="accent1"/>
        <w:sz w:val="20"/>
        <w:szCs w:val="20"/>
      </w:rPr>
      <w:fldChar w:fldCharType="end"/>
    </w:r>
  </w:p>
  <w:p w14:paraId="424F7CAB" w14:textId="117B98CE" w:rsidR="007A745D" w:rsidRPr="007A745D" w:rsidRDefault="007A745D">
    <w:pPr>
      <w:pStyle w:val="Fuzeile"/>
      <w:rPr>
        <w:lang w:val="de-A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64079" w14:textId="77777777" w:rsidR="002C040A" w:rsidRDefault="002C040A" w:rsidP="007A745D">
      <w:pPr>
        <w:spacing w:after="0" w:line="240" w:lineRule="auto"/>
      </w:pPr>
      <w:r>
        <w:separator/>
      </w:r>
    </w:p>
  </w:footnote>
  <w:footnote w:type="continuationSeparator" w:id="0">
    <w:p w14:paraId="4115B4AA" w14:textId="77777777" w:rsidR="002C040A" w:rsidRDefault="002C040A" w:rsidP="007A74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5927845">
    <w:abstractNumId w:val="8"/>
  </w:num>
  <w:num w:numId="2" w16cid:durableId="298265944">
    <w:abstractNumId w:val="6"/>
  </w:num>
  <w:num w:numId="3" w16cid:durableId="1964799813">
    <w:abstractNumId w:val="5"/>
  </w:num>
  <w:num w:numId="4" w16cid:durableId="1218053127">
    <w:abstractNumId w:val="4"/>
  </w:num>
  <w:num w:numId="5" w16cid:durableId="1062602494">
    <w:abstractNumId w:val="7"/>
  </w:num>
  <w:num w:numId="6" w16cid:durableId="713623390">
    <w:abstractNumId w:val="3"/>
  </w:num>
  <w:num w:numId="7" w16cid:durableId="1431197232">
    <w:abstractNumId w:val="2"/>
  </w:num>
  <w:num w:numId="8" w16cid:durableId="498498062">
    <w:abstractNumId w:val="1"/>
  </w:num>
  <w:num w:numId="9" w16cid:durableId="18437386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7710B"/>
    <w:rsid w:val="0029639D"/>
    <w:rsid w:val="002C040A"/>
    <w:rsid w:val="00326F90"/>
    <w:rsid w:val="00390106"/>
    <w:rsid w:val="004D5130"/>
    <w:rsid w:val="007A745D"/>
    <w:rsid w:val="009B5E12"/>
    <w:rsid w:val="00A356CB"/>
    <w:rsid w:val="00A47123"/>
    <w:rsid w:val="00AA1D8D"/>
    <w:rsid w:val="00AC1608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35155D"/>
  <w14:defaultImageDpi w14:val="300"/>
  <w15:docId w15:val="{55003F56-5627-7541-B783-F8FE8EDB5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156</Words>
  <Characters>1615</Characters>
  <Application>Microsoft Office Word</Application>
  <DocSecurity>0</DocSecurity>
  <Lines>323</Lines>
  <Paragraphs>42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Sandra Haberl</cp:lastModifiedBy>
  <cp:revision>4</cp:revision>
  <dcterms:created xsi:type="dcterms:W3CDTF">2026-07-09T13:27:00Z</dcterms:created>
  <dcterms:modified xsi:type="dcterms:W3CDTF">2026-07-09T13:33:00Z</dcterms:modified>
  <cp:category/>
</cp:coreProperties>
</file>