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89E0F" w14:textId="77777777" w:rsidR="00390106" w:rsidRDefault="00000000">
      <w:pPr>
        <w:jc w:val="center"/>
      </w:pPr>
      <w:r>
        <w:rPr>
          <w:noProof/>
        </w:rPr>
        <w:drawing>
          <wp:inline distT="0" distB="0" distL="0" distR="0" wp14:anchorId="062E6303" wp14:editId="2AF55A38">
            <wp:extent cx="1866122" cy="1354337"/>
            <wp:effectExtent l="0" t="0" r="127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8"/>
                    <a:srcRect t="11522" b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73" cy="13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4A08F" w14:textId="77777777" w:rsidR="00390106" w:rsidRDefault="00000000">
      <w:pPr>
        <w:jc w:val="center"/>
      </w:pPr>
      <w:proofErr w:type="spellStart"/>
      <w:r>
        <w:rPr>
          <w:b/>
          <w:color w:val="6F8B84"/>
          <w:sz w:val="36"/>
        </w:rPr>
        <w:t>Ernährungs</w:t>
      </w:r>
      <w:proofErr w:type="spellEnd"/>
      <w:r>
        <w:rPr>
          <w:b/>
          <w:color w:val="6F8B84"/>
          <w:sz w:val="36"/>
        </w:rPr>
        <w:t xml:space="preserve">- und </w:t>
      </w:r>
      <w:proofErr w:type="spellStart"/>
      <w:r>
        <w:rPr>
          <w:b/>
          <w:color w:val="6F8B84"/>
          <w:sz w:val="36"/>
        </w:rPr>
        <w:t>Symptomprotokoll</w:t>
      </w:r>
      <w:proofErr w:type="spellEnd"/>
    </w:p>
    <w:p w14:paraId="1C905236" w14:textId="259D0813" w:rsidR="00390106" w:rsidRDefault="00000000">
      <w:r>
        <w:rPr>
          <w:b/>
        </w:rPr>
        <w:t xml:space="preserve">Name: </w:t>
      </w:r>
      <w:r>
        <w:t>____________________</w:t>
      </w:r>
      <w:r w:rsidR="007A745D">
        <w:t>___</w:t>
      </w:r>
      <w:r w:rsidR="009B5E12">
        <w:t>____</w:t>
      </w:r>
      <w:r w:rsidR="007A745D">
        <w:t>_</w:t>
      </w:r>
      <w:r>
        <w:t xml:space="preserve">     </w:t>
      </w:r>
      <w:r w:rsidR="007A745D">
        <w:t xml:space="preserve">      </w:t>
      </w:r>
      <w:r>
        <w:t xml:space="preserve"> </w:t>
      </w:r>
      <w:proofErr w:type="spellStart"/>
      <w:r>
        <w:rPr>
          <w:b/>
        </w:rPr>
        <w:t>Zeitraum</w:t>
      </w:r>
      <w:proofErr w:type="spellEnd"/>
      <w:r>
        <w:rPr>
          <w:b/>
        </w:rPr>
        <w:t xml:space="preserve">: </w:t>
      </w:r>
      <w:r>
        <w:t>____________________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129"/>
        <w:gridCol w:w="6651"/>
        <w:gridCol w:w="2378"/>
        <w:gridCol w:w="3355"/>
      </w:tblGrid>
      <w:tr w:rsidR="00390106" w14:paraId="36DB1E7D" w14:textId="77777777" w:rsidTr="007A745D">
        <w:trPr>
          <w:jc w:val="center"/>
        </w:trPr>
        <w:tc>
          <w:tcPr>
            <w:tcW w:w="959" w:type="dxa"/>
            <w:vAlign w:val="center"/>
          </w:tcPr>
          <w:p w14:paraId="67AEA74C" w14:textId="77777777" w:rsidR="00390106" w:rsidRDefault="00000000">
            <w:r>
              <w:rPr>
                <w:b/>
              </w:rPr>
              <w:t>Datum</w:t>
            </w:r>
          </w:p>
        </w:tc>
        <w:tc>
          <w:tcPr>
            <w:tcW w:w="1134" w:type="dxa"/>
            <w:vAlign w:val="center"/>
          </w:tcPr>
          <w:p w14:paraId="32550BF7" w14:textId="77777777" w:rsidR="00390106" w:rsidRDefault="00000000">
            <w:r>
              <w:rPr>
                <w:b/>
              </w:rPr>
              <w:t>Uhrzeit</w:t>
            </w:r>
          </w:p>
        </w:tc>
        <w:tc>
          <w:tcPr>
            <w:tcW w:w="6804" w:type="dxa"/>
            <w:vAlign w:val="center"/>
          </w:tcPr>
          <w:p w14:paraId="03B8D827" w14:textId="2EFFFA49" w:rsidR="00390106" w:rsidRDefault="00000000">
            <w:proofErr w:type="spellStart"/>
            <w:r>
              <w:rPr>
                <w:b/>
              </w:rPr>
              <w:t>Mahlzeit</w:t>
            </w:r>
            <w:proofErr w:type="spellEnd"/>
            <w:r w:rsidR="0017710B">
              <w:rPr>
                <w:b/>
              </w:rPr>
              <w:t>/</w:t>
            </w:r>
            <w:proofErr w:type="spellStart"/>
            <w:r w:rsidR="0017710B">
              <w:rPr>
                <w:b/>
              </w:rPr>
              <w:t>Getränke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Zutaten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möglichst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genau</w:t>
            </w:r>
            <w:proofErr w:type="spellEnd"/>
            <w:r>
              <w:rPr>
                <w:b/>
              </w:rPr>
              <w:t xml:space="preserve"> auflisten)</w:t>
            </w:r>
          </w:p>
        </w:tc>
        <w:tc>
          <w:tcPr>
            <w:tcW w:w="2387" w:type="dxa"/>
            <w:vAlign w:val="center"/>
          </w:tcPr>
          <w:p w14:paraId="65490657" w14:textId="38A33A2F" w:rsidR="00390106" w:rsidRDefault="00000000">
            <w:proofErr w:type="spellStart"/>
            <w:r>
              <w:rPr>
                <w:b/>
              </w:rPr>
              <w:t>Beschwerdestärke</w:t>
            </w:r>
            <w:proofErr w:type="spellEnd"/>
            <w:r>
              <w:rPr>
                <w:b/>
              </w:rPr>
              <w:t xml:space="preserve"> </w:t>
            </w:r>
            <w:r w:rsidR="007A745D">
              <w:rPr>
                <w:b/>
              </w:rPr>
              <w:br/>
            </w:r>
            <w:r>
              <w:rPr>
                <w:b/>
              </w:rPr>
              <w:t>(0</w:t>
            </w:r>
            <w:r w:rsidR="007A745D">
              <w:rPr>
                <w:b/>
              </w:rPr>
              <w:t xml:space="preserve"> =</w:t>
            </w:r>
            <w:proofErr w:type="spellStart"/>
            <w:r w:rsidR="007A745D">
              <w:rPr>
                <w:b/>
              </w:rPr>
              <w:t>keine</w:t>
            </w:r>
            <w:proofErr w:type="spellEnd"/>
            <w:r w:rsidR="007A745D">
              <w:rPr>
                <w:b/>
              </w:rPr>
              <w:t xml:space="preserve">, </w:t>
            </w:r>
            <w:r>
              <w:rPr>
                <w:b/>
              </w:rPr>
              <w:t>10</w:t>
            </w:r>
            <w:r w:rsidR="007A745D">
              <w:rPr>
                <w:b/>
              </w:rPr>
              <w:t>=stark</w:t>
            </w:r>
            <w:r>
              <w:rPr>
                <w:b/>
              </w:rPr>
              <w:t>)</w:t>
            </w:r>
          </w:p>
        </w:tc>
        <w:tc>
          <w:tcPr>
            <w:tcW w:w="3412" w:type="dxa"/>
            <w:vAlign w:val="center"/>
          </w:tcPr>
          <w:p w14:paraId="3D851DF5" w14:textId="77777777" w:rsidR="00390106" w:rsidRDefault="00000000">
            <w:r>
              <w:rPr>
                <w:b/>
              </w:rPr>
              <w:t>Welche Beschwerden? Wann?</w:t>
            </w:r>
          </w:p>
        </w:tc>
      </w:tr>
      <w:tr w:rsidR="00390106" w14:paraId="687697EA" w14:textId="77777777" w:rsidTr="007A745D">
        <w:trPr>
          <w:trHeight w:val="721"/>
          <w:jc w:val="center"/>
        </w:trPr>
        <w:tc>
          <w:tcPr>
            <w:tcW w:w="959" w:type="dxa"/>
          </w:tcPr>
          <w:p w14:paraId="0F2D7D20" w14:textId="77777777" w:rsidR="00390106" w:rsidRDefault="00390106"/>
        </w:tc>
        <w:tc>
          <w:tcPr>
            <w:tcW w:w="1134" w:type="dxa"/>
          </w:tcPr>
          <w:p w14:paraId="5F25F4B0" w14:textId="77777777" w:rsidR="00390106" w:rsidRDefault="00390106"/>
        </w:tc>
        <w:tc>
          <w:tcPr>
            <w:tcW w:w="6804" w:type="dxa"/>
          </w:tcPr>
          <w:p w14:paraId="4E28E964" w14:textId="77777777" w:rsidR="00390106" w:rsidRDefault="00390106"/>
        </w:tc>
        <w:tc>
          <w:tcPr>
            <w:tcW w:w="2387" w:type="dxa"/>
          </w:tcPr>
          <w:p w14:paraId="128E78EC" w14:textId="77777777" w:rsidR="00390106" w:rsidRDefault="00390106"/>
        </w:tc>
        <w:tc>
          <w:tcPr>
            <w:tcW w:w="3412" w:type="dxa"/>
          </w:tcPr>
          <w:p w14:paraId="7EC1B62B" w14:textId="77777777" w:rsidR="00390106" w:rsidRDefault="00390106"/>
        </w:tc>
      </w:tr>
      <w:tr w:rsidR="00390106" w14:paraId="4608D770" w14:textId="77777777" w:rsidTr="007A745D">
        <w:trPr>
          <w:trHeight w:val="689"/>
          <w:jc w:val="center"/>
        </w:trPr>
        <w:tc>
          <w:tcPr>
            <w:tcW w:w="959" w:type="dxa"/>
          </w:tcPr>
          <w:p w14:paraId="28AED56F" w14:textId="77777777" w:rsidR="00390106" w:rsidRDefault="00390106"/>
        </w:tc>
        <w:tc>
          <w:tcPr>
            <w:tcW w:w="1134" w:type="dxa"/>
          </w:tcPr>
          <w:p w14:paraId="563ECC9A" w14:textId="77777777" w:rsidR="00390106" w:rsidRDefault="00390106"/>
        </w:tc>
        <w:tc>
          <w:tcPr>
            <w:tcW w:w="6804" w:type="dxa"/>
          </w:tcPr>
          <w:p w14:paraId="423C2283" w14:textId="77777777" w:rsidR="00390106" w:rsidRDefault="00390106"/>
        </w:tc>
        <w:tc>
          <w:tcPr>
            <w:tcW w:w="2387" w:type="dxa"/>
          </w:tcPr>
          <w:p w14:paraId="1804CB04" w14:textId="77777777" w:rsidR="00390106" w:rsidRDefault="00390106"/>
        </w:tc>
        <w:tc>
          <w:tcPr>
            <w:tcW w:w="3412" w:type="dxa"/>
          </w:tcPr>
          <w:p w14:paraId="0AED209D" w14:textId="77777777" w:rsidR="00390106" w:rsidRDefault="00390106"/>
        </w:tc>
      </w:tr>
      <w:tr w:rsidR="00390106" w14:paraId="67F708B4" w14:textId="77777777" w:rsidTr="007A745D">
        <w:trPr>
          <w:trHeight w:val="713"/>
          <w:jc w:val="center"/>
        </w:trPr>
        <w:tc>
          <w:tcPr>
            <w:tcW w:w="959" w:type="dxa"/>
          </w:tcPr>
          <w:p w14:paraId="5C3DCA90" w14:textId="77777777" w:rsidR="00390106" w:rsidRDefault="00390106"/>
        </w:tc>
        <w:tc>
          <w:tcPr>
            <w:tcW w:w="1134" w:type="dxa"/>
          </w:tcPr>
          <w:p w14:paraId="4990DF36" w14:textId="77777777" w:rsidR="00390106" w:rsidRDefault="00390106"/>
        </w:tc>
        <w:tc>
          <w:tcPr>
            <w:tcW w:w="6804" w:type="dxa"/>
          </w:tcPr>
          <w:p w14:paraId="55CFFFD8" w14:textId="77777777" w:rsidR="00390106" w:rsidRDefault="00390106"/>
        </w:tc>
        <w:tc>
          <w:tcPr>
            <w:tcW w:w="2387" w:type="dxa"/>
          </w:tcPr>
          <w:p w14:paraId="2796EA85" w14:textId="77777777" w:rsidR="00390106" w:rsidRDefault="00390106"/>
        </w:tc>
        <w:tc>
          <w:tcPr>
            <w:tcW w:w="3412" w:type="dxa"/>
          </w:tcPr>
          <w:p w14:paraId="63AFBD1E" w14:textId="77777777" w:rsidR="00390106" w:rsidRDefault="00390106"/>
        </w:tc>
      </w:tr>
      <w:tr w:rsidR="00390106" w14:paraId="3E169211" w14:textId="77777777" w:rsidTr="007A745D">
        <w:trPr>
          <w:trHeight w:val="694"/>
          <w:jc w:val="center"/>
        </w:trPr>
        <w:tc>
          <w:tcPr>
            <w:tcW w:w="959" w:type="dxa"/>
          </w:tcPr>
          <w:p w14:paraId="0B15D54F" w14:textId="77777777" w:rsidR="00390106" w:rsidRDefault="00390106"/>
        </w:tc>
        <w:tc>
          <w:tcPr>
            <w:tcW w:w="1134" w:type="dxa"/>
          </w:tcPr>
          <w:p w14:paraId="5FA4EB19" w14:textId="77777777" w:rsidR="00390106" w:rsidRDefault="00390106"/>
        </w:tc>
        <w:tc>
          <w:tcPr>
            <w:tcW w:w="6804" w:type="dxa"/>
          </w:tcPr>
          <w:p w14:paraId="54DC0F26" w14:textId="77777777" w:rsidR="00390106" w:rsidRDefault="00390106"/>
        </w:tc>
        <w:tc>
          <w:tcPr>
            <w:tcW w:w="2387" w:type="dxa"/>
          </w:tcPr>
          <w:p w14:paraId="193E0251" w14:textId="77777777" w:rsidR="00390106" w:rsidRDefault="00390106"/>
        </w:tc>
        <w:tc>
          <w:tcPr>
            <w:tcW w:w="3412" w:type="dxa"/>
          </w:tcPr>
          <w:p w14:paraId="7AEBAB46" w14:textId="77777777" w:rsidR="00390106" w:rsidRDefault="00390106"/>
        </w:tc>
      </w:tr>
      <w:tr w:rsidR="00390106" w14:paraId="07791ABA" w14:textId="77777777" w:rsidTr="007A745D">
        <w:trPr>
          <w:trHeight w:val="705"/>
          <w:jc w:val="center"/>
        </w:trPr>
        <w:tc>
          <w:tcPr>
            <w:tcW w:w="959" w:type="dxa"/>
          </w:tcPr>
          <w:p w14:paraId="02EE76C3" w14:textId="77777777" w:rsidR="00390106" w:rsidRDefault="00390106"/>
        </w:tc>
        <w:tc>
          <w:tcPr>
            <w:tcW w:w="1134" w:type="dxa"/>
          </w:tcPr>
          <w:p w14:paraId="114ECF7D" w14:textId="77777777" w:rsidR="00390106" w:rsidRDefault="00390106"/>
        </w:tc>
        <w:tc>
          <w:tcPr>
            <w:tcW w:w="6804" w:type="dxa"/>
          </w:tcPr>
          <w:p w14:paraId="177AAE2E" w14:textId="77777777" w:rsidR="00390106" w:rsidRDefault="00390106"/>
        </w:tc>
        <w:tc>
          <w:tcPr>
            <w:tcW w:w="2387" w:type="dxa"/>
          </w:tcPr>
          <w:p w14:paraId="5878D4EE" w14:textId="77777777" w:rsidR="00390106" w:rsidRDefault="00390106"/>
        </w:tc>
        <w:tc>
          <w:tcPr>
            <w:tcW w:w="3412" w:type="dxa"/>
          </w:tcPr>
          <w:p w14:paraId="2E8D8D79" w14:textId="77777777" w:rsidR="00390106" w:rsidRDefault="00390106"/>
        </w:tc>
      </w:tr>
      <w:tr w:rsidR="00390106" w14:paraId="0F55BA6B" w14:textId="77777777" w:rsidTr="007A745D">
        <w:trPr>
          <w:trHeight w:val="687"/>
          <w:jc w:val="center"/>
        </w:trPr>
        <w:tc>
          <w:tcPr>
            <w:tcW w:w="959" w:type="dxa"/>
          </w:tcPr>
          <w:p w14:paraId="4C02F4C9" w14:textId="77777777" w:rsidR="00390106" w:rsidRDefault="00390106"/>
        </w:tc>
        <w:tc>
          <w:tcPr>
            <w:tcW w:w="1134" w:type="dxa"/>
          </w:tcPr>
          <w:p w14:paraId="2875AB19" w14:textId="77777777" w:rsidR="00390106" w:rsidRDefault="00390106"/>
        </w:tc>
        <w:tc>
          <w:tcPr>
            <w:tcW w:w="6804" w:type="dxa"/>
          </w:tcPr>
          <w:p w14:paraId="45319D06" w14:textId="77777777" w:rsidR="00390106" w:rsidRDefault="00390106"/>
        </w:tc>
        <w:tc>
          <w:tcPr>
            <w:tcW w:w="2387" w:type="dxa"/>
          </w:tcPr>
          <w:p w14:paraId="1B61B8D6" w14:textId="77777777" w:rsidR="00390106" w:rsidRDefault="00390106"/>
        </w:tc>
        <w:tc>
          <w:tcPr>
            <w:tcW w:w="3412" w:type="dxa"/>
          </w:tcPr>
          <w:p w14:paraId="0EFCB26D" w14:textId="77777777" w:rsidR="00390106" w:rsidRDefault="00390106"/>
        </w:tc>
      </w:tr>
      <w:tr w:rsidR="00390106" w14:paraId="1781843E" w14:textId="77777777" w:rsidTr="007A745D">
        <w:trPr>
          <w:trHeight w:val="710"/>
          <w:jc w:val="center"/>
        </w:trPr>
        <w:tc>
          <w:tcPr>
            <w:tcW w:w="959" w:type="dxa"/>
          </w:tcPr>
          <w:p w14:paraId="66DD64E6" w14:textId="77777777" w:rsidR="00390106" w:rsidRDefault="00390106"/>
        </w:tc>
        <w:tc>
          <w:tcPr>
            <w:tcW w:w="1134" w:type="dxa"/>
          </w:tcPr>
          <w:p w14:paraId="5674B713" w14:textId="77777777" w:rsidR="00390106" w:rsidRDefault="00390106"/>
        </w:tc>
        <w:tc>
          <w:tcPr>
            <w:tcW w:w="6804" w:type="dxa"/>
          </w:tcPr>
          <w:p w14:paraId="56A046D7" w14:textId="77777777" w:rsidR="00390106" w:rsidRDefault="00390106"/>
        </w:tc>
        <w:tc>
          <w:tcPr>
            <w:tcW w:w="2387" w:type="dxa"/>
          </w:tcPr>
          <w:p w14:paraId="5DCA985F" w14:textId="77777777" w:rsidR="00390106" w:rsidRDefault="00390106"/>
        </w:tc>
        <w:tc>
          <w:tcPr>
            <w:tcW w:w="3412" w:type="dxa"/>
          </w:tcPr>
          <w:p w14:paraId="40444E6D" w14:textId="77777777" w:rsidR="00390106" w:rsidRDefault="00390106"/>
        </w:tc>
      </w:tr>
      <w:tr w:rsidR="00390106" w14:paraId="15C824B8" w14:textId="77777777" w:rsidTr="007A745D">
        <w:trPr>
          <w:trHeight w:val="565"/>
          <w:jc w:val="center"/>
        </w:trPr>
        <w:tc>
          <w:tcPr>
            <w:tcW w:w="959" w:type="dxa"/>
          </w:tcPr>
          <w:p w14:paraId="5EBAED6D" w14:textId="77777777" w:rsidR="00390106" w:rsidRDefault="00390106"/>
        </w:tc>
        <w:tc>
          <w:tcPr>
            <w:tcW w:w="1134" w:type="dxa"/>
          </w:tcPr>
          <w:p w14:paraId="44336390" w14:textId="77777777" w:rsidR="00390106" w:rsidRDefault="00390106"/>
        </w:tc>
        <w:tc>
          <w:tcPr>
            <w:tcW w:w="6804" w:type="dxa"/>
          </w:tcPr>
          <w:p w14:paraId="027F538C" w14:textId="77777777" w:rsidR="00390106" w:rsidRDefault="00390106"/>
        </w:tc>
        <w:tc>
          <w:tcPr>
            <w:tcW w:w="2387" w:type="dxa"/>
          </w:tcPr>
          <w:p w14:paraId="69B4D93B" w14:textId="77777777" w:rsidR="00390106" w:rsidRDefault="00390106"/>
        </w:tc>
        <w:tc>
          <w:tcPr>
            <w:tcW w:w="3412" w:type="dxa"/>
          </w:tcPr>
          <w:p w14:paraId="59FE8F31" w14:textId="77777777" w:rsidR="00390106" w:rsidRDefault="00390106"/>
        </w:tc>
      </w:tr>
    </w:tbl>
    <w:p w14:paraId="3A35591F" w14:textId="77777777" w:rsidR="00390106" w:rsidRDefault="00390106"/>
    <w:p w14:paraId="47DA56D4" w14:textId="72524397" w:rsidR="007A745D" w:rsidRDefault="00000000">
      <w:r>
        <w:rPr>
          <w:b/>
        </w:rPr>
        <w:t xml:space="preserve">Tagesnotizen: </w:t>
      </w:r>
      <w:r>
        <w:t xml:space="preserve">Stuhlgang: ____________________    Stress (0–10): ______    </w:t>
      </w:r>
      <w:proofErr w:type="spellStart"/>
      <w:r>
        <w:t>Bewegung</w:t>
      </w:r>
      <w:proofErr w:type="spellEnd"/>
      <w:r>
        <w:t xml:space="preserve">: ____________________    </w:t>
      </w:r>
      <w:proofErr w:type="spellStart"/>
      <w:r>
        <w:t>Besonderheiten</w:t>
      </w:r>
      <w:proofErr w:type="spellEnd"/>
      <w:r>
        <w:t>: ______________________________</w:t>
      </w:r>
    </w:p>
    <w:p w14:paraId="736FB8C9" w14:textId="77777777" w:rsidR="007A745D" w:rsidRDefault="007A745D" w:rsidP="007A745D">
      <w:pPr>
        <w:jc w:val="center"/>
      </w:pPr>
      <w:r>
        <w:rPr>
          <w:noProof/>
        </w:rPr>
        <w:lastRenderedPageBreak/>
        <w:drawing>
          <wp:inline distT="0" distB="0" distL="0" distR="0" wp14:anchorId="4DFEBF3B" wp14:editId="40FB12A0">
            <wp:extent cx="1866122" cy="1354337"/>
            <wp:effectExtent l="0" t="0" r="1270" b="5080"/>
            <wp:docPr id="1026897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8"/>
                    <a:srcRect t="11522" b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73" cy="13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0BE3C" w14:textId="1304434C" w:rsidR="007A745D" w:rsidRDefault="007A745D" w:rsidP="007A745D">
      <w:pPr>
        <w:jc w:val="center"/>
      </w:pPr>
      <w:proofErr w:type="spellStart"/>
      <w:r>
        <w:rPr>
          <w:b/>
          <w:color w:val="6F8B84"/>
          <w:sz w:val="36"/>
        </w:rPr>
        <w:t>Ernährungs</w:t>
      </w:r>
      <w:proofErr w:type="spellEnd"/>
      <w:r>
        <w:rPr>
          <w:b/>
          <w:color w:val="6F8B84"/>
          <w:sz w:val="36"/>
        </w:rPr>
        <w:t xml:space="preserve">- und </w:t>
      </w:r>
      <w:proofErr w:type="spellStart"/>
      <w:r>
        <w:rPr>
          <w:b/>
          <w:color w:val="6F8B84"/>
          <w:sz w:val="36"/>
        </w:rPr>
        <w:t>Symptomprotokoll</w:t>
      </w:r>
      <w:proofErr w:type="spellEnd"/>
      <w:r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129"/>
        <w:gridCol w:w="6651"/>
        <w:gridCol w:w="2378"/>
        <w:gridCol w:w="3355"/>
      </w:tblGrid>
      <w:tr w:rsidR="007A745D" w14:paraId="6AE03F28" w14:textId="77777777" w:rsidTr="00546936">
        <w:trPr>
          <w:jc w:val="center"/>
        </w:trPr>
        <w:tc>
          <w:tcPr>
            <w:tcW w:w="959" w:type="dxa"/>
            <w:vAlign w:val="center"/>
          </w:tcPr>
          <w:p w14:paraId="459ED16C" w14:textId="77777777" w:rsidR="007A745D" w:rsidRDefault="007A745D" w:rsidP="00546936">
            <w:r>
              <w:rPr>
                <w:b/>
              </w:rPr>
              <w:t>Datum</w:t>
            </w:r>
          </w:p>
        </w:tc>
        <w:tc>
          <w:tcPr>
            <w:tcW w:w="1134" w:type="dxa"/>
            <w:vAlign w:val="center"/>
          </w:tcPr>
          <w:p w14:paraId="78D4FCF7" w14:textId="77777777" w:rsidR="007A745D" w:rsidRDefault="007A745D" w:rsidP="00546936">
            <w:proofErr w:type="spellStart"/>
            <w:r>
              <w:rPr>
                <w:b/>
              </w:rPr>
              <w:t>Uhrzeit</w:t>
            </w:r>
            <w:proofErr w:type="spellEnd"/>
          </w:p>
        </w:tc>
        <w:tc>
          <w:tcPr>
            <w:tcW w:w="6804" w:type="dxa"/>
            <w:vAlign w:val="center"/>
          </w:tcPr>
          <w:p w14:paraId="1DF97CAE" w14:textId="28E948B1" w:rsidR="007A745D" w:rsidRDefault="007A745D" w:rsidP="00546936">
            <w:proofErr w:type="spellStart"/>
            <w:r>
              <w:rPr>
                <w:b/>
              </w:rPr>
              <w:t>Mahlzeit</w:t>
            </w:r>
            <w:proofErr w:type="spellEnd"/>
            <w:r w:rsidR="0017710B">
              <w:rPr>
                <w:b/>
              </w:rPr>
              <w:t>/</w:t>
            </w:r>
            <w:proofErr w:type="spellStart"/>
            <w:r w:rsidR="0017710B">
              <w:rPr>
                <w:b/>
              </w:rPr>
              <w:t>Getränke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Zutaten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möglichst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auflisten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87" w:type="dxa"/>
            <w:vAlign w:val="center"/>
          </w:tcPr>
          <w:p w14:paraId="0730D6BD" w14:textId="77777777" w:rsidR="007A745D" w:rsidRDefault="007A745D" w:rsidP="00546936">
            <w:proofErr w:type="spellStart"/>
            <w:r>
              <w:rPr>
                <w:b/>
              </w:rPr>
              <w:t>Beschwerdestärke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(0 =</w:t>
            </w:r>
            <w:proofErr w:type="spellStart"/>
            <w:r>
              <w:rPr>
                <w:b/>
              </w:rPr>
              <w:t>keine</w:t>
            </w:r>
            <w:proofErr w:type="spellEnd"/>
            <w:r>
              <w:rPr>
                <w:b/>
              </w:rPr>
              <w:t>, 10=stark)</w:t>
            </w:r>
          </w:p>
        </w:tc>
        <w:tc>
          <w:tcPr>
            <w:tcW w:w="3412" w:type="dxa"/>
            <w:vAlign w:val="center"/>
          </w:tcPr>
          <w:p w14:paraId="77AAB49F" w14:textId="77777777" w:rsidR="007A745D" w:rsidRDefault="007A745D" w:rsidP="00546936"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Beschwerden</w:t>
            </w:r>
            <w:proofErr w:type="spellEnd"/>
            <w:r>
              <w:rPr>
                <w:b/>
              </w:rPr>
              <w:t>? Wann?</w:t>
            </w:r>
          </w:p>
        </w:tc>
      </w:tr>
      <w:tr w:rsidR="007A745D" w14:paraId="27563858" w14:textId="77777777" w:rsidTr="00546936">
        <w:trPr>
          <w:trHeight w:val="721"/>
          <w:jc w:val="center"/>
        </w:trPr>
        <w:tc>
          <w:tcPr>
            <w:tcW w:w="959" w:type="dxa"/>
          </w:tcPr>
          <w:p w14:paraId="37E3C410" w14:textId="77777777" w:rsidR="007A745D" w:rsidRDefault="007A745D" w:rsidP="00546936"/>
        </w:tc>
        <w:tc>
          <w:tcPr>
            <w:tcW w:w="1134" w:type="dxa"/>
          </w:tcPr>
          <w:p w14:paraId="37E56E42" w14:textId="77777777" w:rsidR="007A745D" w:rsidRDefault="007A745D" w:rsidP="00546936"/>
        </w:tc>
        <w:tc>
          <w:tcPr>
            <w:tcW w:w="6804" w:type="dxa"/>
          </w:tcPr>
          <w:p w14:paraId="77C3A8A6" w14:textId="77777777" w:rsidR="007A745D" w:rsidRDefault="007A745D" w:rsidP="00546936"/>
        </w:tc>
        <w:tc>
          <w:tcPr>
            <w:tcW w:w="2387" w:type="dxa"/>
          </w:tcPr>
          <w:p w14:paraId="2829DDDE" w14:textId="77777777" w:rsidR="007A745D" w:rsidRDefault="007A745D" w:rsidP="00546936"/>
        </w:tc>
        <w:tc>
          <w:tcPr>
            <w:tcW w:w="3412" w:type="dxa"/>
          </w:tcPr>
          <w:p w14:paraId="69316756" w14:textId="77777777" w:rsidR="007A745D" w:rsidRDefault="007A745D" w:rsidP="00546936"/>
        </w:tc>
      </w:tr>
      <w:tr w:rsidR="007A745D" w14:paraId="674DE3D0" w14:textId="77777777" w:rsidTr="00546936">
        <w:trPr>
          <w:trHeight w:val="689"/>
          <w:jc w:val="center"/>
        </w:trPr>
        <w:tc>
          <w:tcPr>
            <w:tcW w:w="959" w:type="dxa"/>
          </w:tcPr>
          <w:p w14:paraId="31BC433D" w14:textId="77777777" w:rsidR="007A745D" w:rsidRDefault="007A745D" w:rsidP="00546936"/>
        </w:tc>
        <w:tc>
          <w:tcPr>
            <w:tcW w:w="1134" w:type="dxa"/>
          </w:tcPr>
          <w:p w14:paraId="1E6C48A3" w14:textId="77777777" w:rsidR="007A745D" w:rsidRDefault="007A745D" w:rsidP="00546936"/>
        </w:tc>
        <w:tc>
          <w:tcPr>
            <w:tcW w:w="6804" w:type="dxa"/>
          </w:tcPr>
          <w:p w14:paraId="3B2B6803" w14:textId="77777777" w:rsidR="007A745D" w:rsidRDefault="007A745D" w:rsidP="00546936"/>
        </w:tc>
        <w:tc>
          <w:tcPr>
            <w:tcW w:w="2387" w:type="dxa"/>
          </w:tcPr>
          <w:p w14:paraId="0B4209EB" w14:textId="77777777" w:rsidR="007A745D" w:rsidRDefault="007A745D" w:rsidP="00546936"/>
        </w:tc>
        <w:tc>
          <w:tcPr>
            <w:tcW w:w="3412" w:type="dxa"/>
          </w:tcPr>
          <w:p w14:paraId="7F833324" w14:textId="77777777" w:rsidR="007A745D" w:rsidRDefault="007A745D" w:rsidP="00546936"/>
        </w:tc>
      </w:tr>
      <w:tr w:rsidR="007A745D" w14:paraId="4DEF33B7" w14:textId="77777777" w:rsidTr="00546936">
        <w:trPr>
          <w:trHeight w:val="713"/>
          <w:jc w:val="center"/>
        </w:trPr>
        <w:tc>
          <w:tcPr>
            <w:tcW w:w="959" w:type="dxa"/>
          </w:tcPr>
          <w:p w14:paraId="32298671" w14:textId="77777777" w:rsidR="007A745D" w:rsidRDefault="007A745D" w:rsidP="00546936"/>
        </w:tc>
        <w:tc>
          <w:tcPr>
            <w:tcW w:w="1134" w:type="dxa"/>
          </w:tcPr>
          <w:p w14:paraId="7E177BC2" w14:textId="77777777" w:rsidR="007A745D" w:rsidRDefault="007A745D" w:rsidP="00546936"/>
        </w:tc>
        <w:tc>
          <w:tcPr>
            <w:tcW w:w="6804" w:type="dxa"/>
          </w:tcPr>
          <w:p w14:paraId="65F3B218" w14:textId="77777777" w:rsidR="007A745D" w:rsidRDefault="007A745D" w:rsidP="00546936"/>
        </w:tc>
        <w:tc>
          <w:tcPr>
            <w:tcW w:w="2387" w:type="dxa"/>
          </w:tcPr>
          <w:p w14:paraId="51041CDB" w14:textId="77777777" w:rsidR="007A745D" w:rsidRDefault="007A745D" w:rsidP="00546936"/>
        </w:tc>
        <w:tc>
          <w:tcPr>
            <w:tcW w:w="3412" w:type="dxa"/>
          </w:tcPr>
          <w:p w14:paraId="25D3EB1B" w14:textId="77777777" w:rsidR="007A745D" w:rsidRDefault="007A745D" w:rsidP="00546936"/>
        </w:tc>
      </w:tr>
      <w:tr w:rsidR="007A745D" w14:paraId="7D3049C0" w14:textId="77777777" w:rsidTr="00546936">
        <w:trPr>
          <w:trHeight w:val="694"/>
          <w:jc w:val="center"/>
        </w:trPr>
        <w:tc>
          <w:tcPr>
            <w:tcW w:w="959" w:type="dxa"/>
          </w:tcPr>
          <w:p w14:paraId="6C9FC334" w14:textId="77777777" w:rsidR="007A745D" w:rsidRDefault="007A745D" w:rsidP="00546936"/>
        </w:tc>
        <w:tc>
          <w:tcPr>
            <w:tcW w:w="1134" w:type="dxa"/>
          </w:tcPr>
          <w:p w14:paraId="481085EB" w14:textId="77777777" w:rsidR="007A745D" w:rsidRDefault="007A745D" w:rsidP="00546936"/>
        </w:tc>
        <w:tc>
          <w:tcPr>
            <w:tcW w:w="6804" w:type="dxa"/>
          </w:tcPr>
          <w:p w14:paraId="3CEE7518" w14:textId="77777777" w:rsidR="007A745D" w:rsidRDefault="007A745D" w:rsidP="00546936"/>
        </w:tc>
        <w:tc>
          <w:tcPr>
            <w:tcW w:w="2387" w:type="dxa"/>
          </w:tcPr>
          <w:p w14:paraId="230EE2B3" w14:textId="77777777" w:rsidR="007A745D" w:rsidRDefault="007A745D" w:rsidP="00546936"/>
        </w:tc>
        <w:tc>
          <w:tcPr>
            <w:tcW w:w="3412" w:type="dxa"/>
          </w:tcPr>
          <w:p w14:paraId="0D1BC3B9" w14:textId="77777777" w:rsidR="007A745D" w:rsidRDefault="007A745D" w:rsidP="00546936"/>
        </w:tc>
      </w:tr>
      <w:tr w:rsidR="007A745D" w14:paraId="32A47837" w14:textId="77777777" w:rsidTr="00546936">
        <w:trPr>
          <w:trHeight w:val="705"/>
          <w:jc w:val="center"/>
        </w:trPr>
        <w:tc>
          <w:tcPr>
            <w:tcW w:w="959" w:type="dxa"/>
          </w:tcPr>
          <w:p w14:paraId="408A37C5" w14:textId="77777777" w:rsidR="007A745D" w:rsidRDefault="007A745D" w:rsidP="00546936"/>
        </w:tc>
        <w:tc>
          <w:tcPr>
            <w:tcW w:w="1134" w:type="dxa"/>
          </w:tcPr>
          <w:p w14:paraId="118A657F" w14:textId="77777777" w:rsidR="007A745D" w:rsidRDefault="007A745D" w:rsidP="00546936"/>
        </w:tc>
        <w:tc>
          <w:tcPr>
            <w:tcW w:w="6804" w:type="dxa"/>
          </w:tcPr>
          <w:p w14:paraId="05648651" w14:textId="77777777" w:rsidR="007A745D" w:rsidRDefault="007A745D" w:rsidP="00546936"/>
        </w:tc>
        <w:tc>
          <w:tcPr>
            <w:tcW w:w="2387" w:type="dxa"/>
          </w:tcPr>
          <w:p w14:paraId="7C818858" w14:textId="77777777" w:rsidR="007A745D" w:rsidRDefault="007A745D" w:rsidP="00546936"/>
        </w:tc>
        <w:tc>
          <w:tcPr>
            <w:tcW w:w="3412" w:type="dxa"/>
          </w:tcPr>
          <w:p w14:paraId="10589DA5" w14:textId="77777777" w:rsidR="007A745D" w:rsidRDefault="007A745D" w:rsidP="00546936"/>
        </w:tc>
      </w:tr>
      <w:tr w:rsidR="007A745D" w14:paraId="11A28C68" w14:textId="77777777" w:rsidTr="00546936">
        <w:trPr>
          <w:trHeight w:val="687"/>
          <w:jc w:val="center"/>
        </w:trPr>
        <w:tc>
          <w:tcPr>
            <w:tcW w:w="959" w:type="dxa"/>
          </w:tcPr>
          <w:p w14:paraId="6AA4B570" w14:textId="77777777" w:rsidR="007A745D" w:rsidRDefault="007A745D" w:rsidP="00546936"/>
        </w:tc>
        <w:tc>
          <w:tcPr>
            <w:tcW w:w="1134" w:type="dxa"/>
          </w:tcPr>
          <w:p w14:paraId="4BD17343" w14:textId="77777777" w:rsidR="007A745D" w:rsidRDefault="007A745D" w:rsidP="00546936"/>
        </w:tc>
        <w:tc>
          <w:tcPr>
            <w:tcW w:w="6804" w:type="dxa"/>
          </w:tcPr>
          <w:p w14:paraId="3D3FA88F" w14:textId="77777777" w:rsidR="007A745D" w:rsidRDefault="007A745D" w:rsidP="00546936"/>
        </w:tc>
        <w:tc>
          <w:tcPr>
            <w:tcW w:w="2387" w:type="dxa"/>
          </w:tcPr>
          <w:p w14:paraId="4E3239E9" w14:textId="77777777" w:rsidR="007A745D" w:rsidRDefault="007A745D" w:rsidP="00546936"/>
        </w:tc>
        <w:tc>
          <w:tcPr>
            <w:tcW w:w="3412" w:type="dxa"/>
          </w:tcPr>
          <w:p w14:paraId="77E46FD1" w14:textId="77777777" w:rsidR="007A745D" w:rsidRDefault="007A745D" w:rsidP="00546936"/>
        </w:tc>
      </w:tr>
      <w:tr w:rsidR="007A745D" w14:paraId="2EF1F24C" w14:textId="77777777" w:rsidTr="00546936">
        <w:trPr>
          <w:trHeight w:val="710"/>
          <w:jc w:val="center"/>
        </w:trPr>
        <w:tc>
          <w:tcPr>
            <w:tcW w:w="959" w:type="dxa"/>
          </w:tcPr>
          <w:p w14:paraId="23F11F6A" w14:textId="77777777" w:rsidR="007A745D" w:rsidRDefault="007A745D" w:rsidP="00546936"/>
        </w:tc>
        <w:tc>
          <w:tcPr>
            <w:tcW w:w="1134" w:type="dxa"/>
          </w:tcPr>
          <w:p w14:paraId="744EF0BC" w14:textId="77777777" w:rsidR="007A745D" w:rsidRDefault="007A745D" w:rsidP="00546936"/>
        </w:tc>
        <w:tc>
          <w:tcPr>
            <w:tcW w:w="6804" w:type="dxa"/>
          </w:tcPr>
          <w:p w14:paraId="1376443A" w14:textId="77777777" w:rsidR="007A745D" w:rsidRDefault="007A745D" w:rsidP="00546936"/>
        </w:tc>
        <w:tc>
          <w:tcPr>
            <w:tcW w:w="2387" w:type="dxa"/>
          </w:tcPr>
          <w:p w14:paraId="3B241626" w14:textId="77777777" w:rsidR="007A745D" w:rsidRDefault="007A745D" w:rsidP="00546936"/>
        </w:tc>
        <w:tc>
          <w:tcPr>
            <w:tcW w:w="3412" w:type="dxa"/>
          </w:tcPr>
          <w:p w14:paraId="727288AB" w14:textId="77777777" w:rsidR="007A745D" w:rsidRDefault="007A745D" w:rsidP="00546936"/>
        </w:tc>
      </w:tr>
      <w:tr w:rsidR="007A745D" w14:paraId="4DE9DDD9" w14:textId="77777777" w:rsidTr="00546936">
        <w:trPr>
          <w:trHeight w:val="565"/>
          <w:jc w:val="center"/>
        </w:trPr>
        <w:tc>
          <w:tcPr>
            <w:tcW w:w="959" w:type="dxa"/>
          </w:tcPr>
          <w:p w14:paraId="12E90FED" w14:textId="77777777" w:rsidR="007A745D" w:rsidRDefault="007A745D" w:rsidP="00546936"/>
        </w:tc>
        <w:tc>
          <w:tcPr>
            <w:tcW w:w="1134" w:type="dxa"/>
          </w:tcPr>
          <w:p w14:paraId="1214A110" w14:textId="77777777" w:rsidR="007A745D" w:rsidRDefault="007A745D" w:rsidP="00546936"/>
        </w:tc>
        <w:tc>
          <w:tcPr>
            <w:tcW w:w="6804" w:type="dxa"/>
          </w:tcPr>
          <w:p w14:paraId="3C738B80" w14:textId="77777777" w:rsidR="007A745D" w:rsidRDefault="007A745D" w:rsidP="00546936"/>
        </w:tc>
        <w:tc>
          <w:tcPr>
            <w:tcW w:w="2387" w:type="dxa"/>
          </w:tcPr>
          <w:p w14:paraId="37BB792E" w14:textId="77777777" w:rsidR="007A745D" w:rsidRDefault="007A745D" w:rsidP="00546936"/>
        </w:tc>
        <w:tc>
          <w:tcPr>
            <w:tcW w:w="3412" w:type="dxa"/>
          </w:tcPr>
          <w:p w14:paraId="2E249EB9" w14:textId="77777777" w:rsidR="007A745D" w:rsidRDefault="007A745D" w:rsidP="00546936"/>
        </w:tc>
      </w:tr>
    </w:tbl>
    <w:p w14:paraId="1FF0A1FB" w14:textId="77777777" w:rsidR="007A745D" w:rsidRDefault="007A745D" w:rsidP="007A745D"/>
    <w:p w14:paraId="6D82CCFC" w14:textId="77777777" w:rsidR="007A745D" w:rsidRDefault="007A745D" w:rsidP="007A745D">
      <w:proofErr w:type="spellStart"/>
      <w:r>
        <w:rPr>
          <w:b/>
        </w:rPr>
        <w:t>Tagesnotizen</w:t>
      </w:r>
      <w:proofErr w:type="spellEnd"/>
      <w:r>
        <w:rPr>
          <w:b/>
        </w:rPr>
        <w:t xml:space="preserve">: </w:t>
      </w:r>
      <w:proofErr w:type="spellStart"/>
      <w:r>
        <w:t>Stuhlgang</w:t>
      </w:r>
      <w:proofErr w:type="spellEnd"/>
      <w:r>
        <w:t xml:space="preserve">: ____________________    Stress (0–10): ______    </w:t>
      </w:r>
      <w:proofErr w:type="spellStart"/>
      <w:r>
        <w:t>Bewegung</w:t>
      </w:r>
      <w:proofErr w:type="spellEnd"/>
      <w:r>
        <w:t xml:space="preserve">: ____________________    </w:t>
      </w:r>
      <w:proofErr w:type="spellStart"/>
      <w:r>
        <w:t>Besonderheiten</w:t>
      </w:r>
      <w:proofErr w:type="spellEnd"/>
      <w:r>
        <w:t>: ______________________________</w:t>
      </w:r>
    </w:p>
    <w:p w14:paraId="72558724" w14:textId="77777777" w:rsidR="007A745D" w:rsidRDefault="007A745D" w:rsidP="007A745D">
      <w:pPr>
        <w:jc w:val="center"/>
      </w:pPr>
      <w:r>
        <w:rPr>
          <w:noProof/>
        </w:rPr>
        <w:lastRenderedPageBreak/>
        <w:drawing>
          <wp:inline distT="0" distB="0" distL="0" distR="0" wp14:anchorId="69007AF0" wp14:editId="52792C9E">
            <wp:extent cx="1866122" cy="1354337"/>
            <wp:effectExtent l="0" t="0" r="1270" b="5080"/>
            <wp:docPr id="1564666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8"/>
                    <a:srcRect t="11522" b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73" cy="13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E6FC1" w14:textId="77777777" w:rsidR="007A745D" w:rsidRDefault="007A745D" w:rsidP="007A745D">
      <w:pPr>
        <w:jc w:val="center"/>
      </w:pPr>
      <w:proofErr w:type="spellStart"/>
      <w:r>
        <w:rPr>
          <w:b/>
          <w:color w:val="6F8B84"/>
          <w:sz w:val="36"/>
        </w:rPr>
        <w:t>Ernährungs</w:t>
      </w:r>
      <w:proofErr w:type="spellEnd"/>
      <w:r>
        <w:rPr>
          <w:b/>
          <w:color w:val="6F8B84"/>
          <w:sz w:val="36"/>
        </w:rPr>
        <w:t xml:space="preserve">- und </w:t>
      </w:r>
      <w:proofErr w:type="spellStart"/>
      <w:r>
        <w:rPr>
          <w:b/>
          <w:color w:val="6F8B84"/>
          <w:sz w:val="36"/>
        </w:rPr>
        <w:t>Symptomprotokoll</w:t>
      </w:r>
      <w:proofErr w:type="spellEnd"/>
      <w:r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129"/>
        <w:gridCol w:w="6651"/>
        <w:gridCol w:w="2378"/>
        <w:gridCol w:w="3355"/>
      </w:tblGrid>
      <w:tr w:rsidR="007A745D" w14:paraId="17B3A817" w14:textId="77777777" w:rsidTr="00546936">
        <w:trPr>
          <w:jc w:val="center"/>
        </w:trPr>
        <w:tc>
          <w:tcPr>
            <w:tcW w:w="959" w:type="dxa"/>
            <w:vAlign w:val="center"/>
          </w:tcPr>
          <w:p w14:paraId="4E822CBC" w14:textId="77777777" w:rsidR="007A745D" w:rsidRDefault="007A745D" w:rsidP="00546936">
            <w:r>
              <w:rPr>
                <w:b/>
              </w:rPr>
              <w:t>Datum</w:t>
            </w:r>
          </w:p>
        </w:tc>
        <w:tc>
          <w:tcPr>
            <w:tcW w:w="1134" w:type="dxa"/>
            <w:vAlign w:val="center"/>
          </w:tcPr>
          <w:p w14:paraId="72FAF82B" w14:textId="77777777" w:rsidR="007A745D" w:rsidRDefault="007A745D" w:rsidP="00546936">
            <w:proofErr w:type="spellStart"/>
            <w:r>
              <w:rPr>
                <w:b/>
              </w:rPr>
              <w:t>Uhrzeit</w:t>
            </w:r>
            <w:proofErr w:type="spellEnd"/>
          </w:p>
        </w:tc>
        <w:tc>
          <w:tcPr>
            <w:tcW w:w="6804" w:type="dxa"/>
            <w:vAlign w:val="center"/>
          </w:tcPr>
          <w:p w14:paraId="210F7B97" w14:textId="3B35D6B1" w:rsidR="007A745D" w:rsidRDefault="007A745D" w:rsidP="00546936">
            <w:proofErr w:type="spellStart"/>
            <w:r>
              <w:rPr>
                <w:b/>
              </w:rPr>
              <w:t>Mahlzeit</w:t>
            </w:r>
            <w:proofErr w:type="spellEnd"/>
            <w:r w:rsidR="0017710B">
              <w:rPr>
                <w:b/>
              </w:rPr>
              <w:t>/</w:t>
            </w:r>
            <w:proofErr w:type="spellStart"/>
            <w:r w:rsidR="0017710B">
              <w:rPr>
                <w:b/>
              </w:rPr>
              <w:t>Getränke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Zutaten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möglichst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auflisten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87" w:type="dxa"/>
            <w:vAlign w:val="center"/>
          </w:tcPr>
          <w:p w14:paraId="6A050DF8" w14:textId="77777777" w:rsidR="007A745D" w:rsidRDefault="007A745D" w:rsidP="00546936">
            <w:proofErr w:type="spellStart"/>
            <w:r>
              <w:rPr>
                <w:b/>
              </w:rPr>
              <w:t>Beschwerdestärke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(0 =</w:t>
            </w:r>
            <w:proofErr w:type="spellStart"/>
            <w:r>
              <w:rPr>
                <w:b/>
              </w:rPr>
              <w:t>keine</w:t>
            </w:r>
            <w:proofErr w:type="spellEnd"/>
            <w:r>
              <w:rPr>
                <w:b/>
              </w:rPr>
              <w:t>, 10=stark)</w:t>
            </w:r>
          </w:p>
        </w:tc>
        <w:tc>
          <w:tcPr>
            <w:tcW w:w="3412" w:type="dxa"/>
            <w:vAlign w:val="center"/>
          </w:tcPr>
          <w:p w14:paraId="5EF5D32F" w14:textId="77777777" w:rsidR="007A745D" w:rsidRDefault="007A745D" w:rsidP="00546936"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Beschwerden</w:t>
            </w:r>
            <w:proofErr w:type="spellEnd"/>
            <w:r>
              <w:rPr>
                <w:b/>
              </w:rPr>
              <w:t>? Wann?</w:t>
            </w:r>
          </w:p>
        </w:tc>
      </w:tr>
      <w:tr w:rsidR="007A745D" w14:paraId="4D160C2C" w14:textId="77777777" w:rsidTr="00546936">
        <w:trPr>
          <w:trHeight w:val="721"/>
          <w:jc w:val="center"/>
        </w:trPr>
        <w:tc>
          <w:tcPr>
            <w:tcW w:w="959" w:type="dxa"/>
          </w:tcPr>
          <w:p w14:paraId="6244310D" w14:textId="77777777" w:rsidR="007A745D" w:rsidRDefault="007A745D" w:rsidP="00546936"/>
        </w:tc>
        <w:tc>
          <w:tcPr>
            <w:tcW w:w="1134" w:type="dxa"/>
          </w:tcPr>
          <w:p w14:paraId="6D1AB07D" w14:textId="77777777" w:rsidR="007A745D" w:rsidRDefault="007A745D" w:rsidP="00546936"/>
        </w:tc>
        <w:tc>
          <w:tcPr>
            <w:tcW w:w="6804" w:type="dxa"/>
          </w:tcPr>
          <w:p w14:paraId="33F19369" w14:textId="77777777" w:rsidR="007A745D" w:rsidRDefault="007A745D" w:rsidP="00546936"/>
        </w:tc>
        <w:tc>
          <w:tcPr>
            <w:tcW w:w="2387" w:type="dxa"/>
          </w:tcPr>
          <w:p w14:paraId="55B1017A" w14:textId="77777777" w:rsidR="007A745D" w:rsidRDefault="007A745D" w:rsidP="00546936"/>
        </w:tc>
        <w:tc>
          <w:tcPr>
            <w:tcW w:w="3412" w:type="dxa"/>
          </w:tcPr>
          <w:p w14:paraId="02929977" w14:textId="77777777" w:rsidR="007A745D" w:rsidRDefault="007A745D" w:rsidP="00546936"/>
        </w:tc>
      </w:tr>
      <w:tr w:rsidR="007A745D" w14:paraId="4812A10F" w14:textId="77777777" w:rsidTr="00546936">
        <w:trPr>
          <w:trHeight w:val="689"/>
          <w:jc w:val="center"/>
        </w:trPr>
        <w:tc>
          <w:tcPr>
            <w:tcW w:w="959" w:type="dxa"/>
          </w:tcPr>
          <w:p w14:paraId="61DDD8B0" w14:textId="77777777" w:rsidR="007A745D" w:rsidRDefault="007A745D" w:rsidP="00546936"/>
        </w:tc>
        <w:tc>
          <w:tcPr>
            <w:tcW w:w="1134" w:type="dxa"/>
          </w:tcPr>
          <w:p w14:paraId="16CECD94" w14:textId="77777777" w:rsidR="007A745D" w:rsidRDefault="007A745D" w:rsidP="00546936"/>
        </w:tc>
        <w:tc>
          <w:tcPr>
            <w:tcW w:w="6804" w:type="dxa"/>
          </w:tcPr>
          <w:p w14:paraId="16B160FD" w14:textId="77777777" w:rsidR="007A745D" w:rsidRDefault="007A745D" w:rsidP="00546936"/>
        </w:tc>
        <w:tc>
          <w:tcPr>
            <w:tcW w:w="2387" w:type="dxa"/>
          </w:tcPr>
          <w:p w14:paraId="2DE2828F" w14:textId="77777777" w:rsidR="007A745D" w:rsidRDefault="007A745D" w:rsidP="00546936"/>
        </w:tc>
        <w:tc>
          <w:tcPr>
            <w:tcW w:w="3412" w:type="dxa"/>
          </w:tcPr>
          <w:p w14:paraId="65B767B6" w14:textId="77777777" w:rsidR="007A745D" w:rsidRDefault="007A745D" w:rsidP="00546936"/>
        </w:tc>
      </w:tr>
      <w:tr w:rsidR="007A745D" w14:paraId="08BC17BD" w14:textId="77777777" w:rsidTr="00546936">
        <w:trPr>
          <w:trHeight w:val="713"/>
          <w:jc w:val="center"/>
        </w:trPr>
        <w:tc>
          <w:tcPr>
            <w:tcW w:w="959" w:type="dxa"/>
          </w:tcPr>
          <w:p w14:paraId="0DB9A487" w14:textId="77777777" w:rsidR="007A745D" w:rsidRDefault="007A745D" w:rsidP="00546936"/>
        </w:tc>
        <w:tc>
          <w:tcPr>
            <w:tcW w:w="1134" w:type="dxa"/>
          </w:tcPr>
          <w:p w14:paraId="25E98DFC" w14:textId="77777777" w:rsidR="007A745D" w:rsidRDefault="007A745D" w:rsidP="00546936"/>
        </w:tc>
        <w:tc>
          <w:tcPr>
            <w:tcW w:w="6804" w:type="dxa"/>
          </w:tcPr>
          <w:p w14:paraId="0BF8C634" w14:textId="77777777" w:rsidR="007A745D" w:rsidRDefault="007A745D" w:rsidP="00546936"/>
        </w:tc>
        <w:tc>
          <w:tcPr>
            <w:tcW w:w="2387" w:type="dxa"/>
          </w:tcPr>
          <w:p w14:paraId="61D88192" w14:textId="77777777" w:rsidR="007A745D" w:rsidRDefault="007A745D" w:rsidP="00546936"/>
        </w:tc>
        <w:tc>
          <w:tcPr>
            <w:tcW w:w="3412" w:type="dxa"/>
          </w:tcPr>
          <w:p w14:paraId="49EF9F39" w14:textId="77777777" w:rsidR="007A745D" w:rsidRDefault="007A745D" w:rsidP="00546936"/>
        </w:tc>
      </w:tr>
      <w:tr w:rsidR="007A745D" w14:paraId="7E3F8E16" w14:textId="77777777" w:rsidTr="00546936">
        <w:trPr>
          <w:trHeight w:val="694"/>
          <w:jc w:val="center"/>
        </w:trPr>
        <w:tc>
          <w:tcPr>
            <w:tcW w:w="959" w:type="dxa"/>
          </w:tcPr>
          <w:p w14:paraId="32E772D2" w14:textId="77777777" w:rsidR="007A745D" w:rsidRDefault="007A745D" w:rsidP="00546936"/>
        </w:tc>
        <w:tc>
          <w:tcPr>
            <w:tcW w:w="1134" w:type="dxa"/>
          </w:tcPr>
          <w:p w14:paraId="742CAEDD" w14:textId="77777777" w:rsidR="007A745D" w:rsidRDefault="007A745D" w:rsidP="00546936"/>
        </w:tc>
        <w:tc>
          <w:tcPr>
            <w:tcW w:w="6804" w:type="dxa"/>
          </w:tcPr>
          <w:p w14:paraId="713D468C" w14:textId="77777777" w:rsidR="007A745D" w:rsidRDefault="007A745D" w:rsidP="00546936"/>
        </w:tc>
        <w:tc>
          <w:tcPr>
            <w:tcW w:w="2387" w:type="dxa"/>
          </w:tcPr>
          <w:p w14:paraId="56C86936" w14:textId="77777777" w:rsidR="007A745D" w:rsidRDefault="007A745D" w:rsidP="00546936"/>
        </w:tc>
        <w:tc>
          <w:tcPr>
            <w:tcW w:w="3412" w:type="dxa"/>
          </w:tcPr>
          <w:p w14:paraId="61791C4D" w14:textId="77777777" w:rsidR="007A745D" w:rsidRDefault="007A745D" w:rsidP="00546936"/>
        </w:tc>
      </w:tr>
      <w:tr w:rsidR="007A745D" w14:paraId="13B78753" w14:textId="77777777" w:rsidTr="00546936">
        <w:trPr>
          <w:trHeight w:val="705"/>
          <w:jc w:val="center"/>
        </w:trPr>
        <w:tc>
          <w:tcPr>
            <w:tcW w:w="959" w:type="dxa"/>
          </w:tcPr>
          <w:p w14:paraId="673AD335" w14:textId="77777777" w:rsidR="007A745D" w:rsidRDefault="007A745D" w:rsidP="00546936"/>
        </w:tc>
        <w:tc>
          <w:tcPr>
            <w:tcW w:w="1134" w:type="dxa"/>
          </w:tcPr>
          <w:p w14:paraId="56C583C6" w14:textId="77777777" w:rsidR="007A745D" w:rsidRDefault="007A745D" w:rsidP="00546936"/>
        </w:tc>
        <w:tc>
          <w:tcPr>
            <w:tcW w:w="6804" w:type="dxa"/>
          </w:tcPr>
          <w:p w14:paraId="725D35DE" w14:textId="77777777" w:rsidR="007A745D" w:rsidRDefault="007A745D" w:rsidP="00546936"/>
        </w:tc>
        <w:tc>
          <w:tcPr>
            <w:tcW w:w="2387" w:type="dxa"/>
          </w:tcPr>
          <w:p w14:paraId="7CE877E9" w14:textId="77777777" w:rsidR="007A745D" w:rsidRDefault="007A745D" w:rsidP="00546936"/>
        </w:tc>
        <w:tc>
          <w:tcPr>
            <w:tcW w:w="3412" w:type="dxa"/>
          </w:tcPr>
          <w:p w14:paraId="7D4D25FE" w14:textId="77777777" w:rsidR="007A745D" w:rsidRDefault="007A745D" w:rsidP="00546936"/>
        </w:tc>
      </w:tr>
      <w:tr w:rsidR="007A745D" w14:paraId="3580787E" w14:textId="77777777" w:rsidTr="00546936">
        <w:trPr>
          <w:trHeight w:val="687"/>
          <w:jc w:val="center"/>
        </w:trPr>
        <w:tc>
          <w:tcPr>
            <w:tcW w:w="959" w:type="dxa"/>
          </w:tcPr>
          <w:p w14:paraId="02CF2CFC" w14:textId="77777777" w:rsidR="007A745D" w:rsidRDefault="007A745D" w:rsidP="00546936"/>
        </w:tc>
        <w:tc>
          <w:tcPr>
            <w:tcW w:w="1134" w:type="dxa"/>
          </w:tcPr>
          <w:p w14:paraId="60FD6B01" w14:textId="77777777" w:rsidR="007A745D" w:rsidRDefault="007A745D" w:rsidP="00546936"/>
        </w:tc>
        <w:tc>
          <w:tcPr>
            <w:tcW w:w="6804" w:type="dxa"/>
          </w:tcPr>
          <w:p w14:paraId="74FEECB0" w14:textId="77777777" w:rsidR="007A745D" w:rsidRDefault="007A745D" w:rsidP="00546936"/>
        </w:tc>
        <w:tc>
          <w:tcPr>
            <w:tcW w:w="2387" w:type="dxa"/>
          </w:tcPr>
          <w:p w14:paraId="72CB1F49" w14:textId="77777777" w:rsidR="007A745D" w:rsidRDefault="007A745D" w:rsidP="00546936"/>
        </w:tc>
        <w:tc>
          <w:tcPr>
            <w:tcW w:w="3412" w:type="dxa"/>
          </w:tcPr>
          <w:p w14:paraId="757C1D64" w14:textId="77777777" w:rsidR="007A745D" w:rsidRDefault="007A745D" w:rsidP="00546936"/>
        </w:tc>
      </w:tr>
      <w:tr w:rsidR="007A745D" w14:paraId="31D23A8F" w14:textId="77777777" w:rsidTr="00546936">
        <w:trPr>
          <w:trHeight w:val="710"/>
          <w:jc w:val="center"/>
        </w:trPr>
        <w:tc>
          <w:tcPr>
            <w:tcW w:w="959" w:type="dxa"/>
          </w:tcPr>
          <w:p w14:paraId="1C9B5AA9" w14:textId="77777777" w:rsidR="007A745D" w:rsidRDefault="007A745D" w:rsidP="00546936"/>
        </w:tc>
        <w:tc>
          <w:tcPr>
            <w:tcW w:w="1134" w:type="dxa"/>
          </w:tcPr>
          <w:p w14:paraId="0EF1B38E" w14:textId="77777777" w:rsidR="007A745D" w:rsidRDefault="007A745D" w:rsidP="00546936"/>
        </w:tc>
        <w:tc>
          <w:tcPr>
            <w:tcW w:w="6804" w:type="dxa"/>
          </w:tcPr>
          <w:p w14:paraId="6981FDDD" w14:textId="77777777" w:rsidR="007A745D" w:rsidRDefault="007A745D" w:rsidP="00546936"/>
        </w:tc>
        <w:tc>
          <w:tcPr>
            <w:tcW w:w="2387" w:type="dxa"/>
          </w:tcPr>
          <w:p w14:paraId="3AF4F8BA" w14:textId="77777777" w:rsidR="007A745D" w:rsidRDefault="007A745D" w:rsidP="00546936"/>
        </w:tc>
        <w:tc>
          <w:tcPr>
            <w:tcW w:w="3412" w:type="dxa"/>
          </w:tcPr>
          <w:p w14:paraId="62F6D18F" w14:textId="77777777" w:rsidR="007A745D" w:rsidRDefault="007A745D" w:rsidP="00546936"/>
        </w:tc>
      </w:tr>
      <w:tr w:rsidR="007A745D" w14:paraId="3E6E2754" w14:textId="77777777" w:rsidTr="00546936">
        <w:trPr>
          <w:trHeight w:val="565"/>
          <w:jc w:val="center"/>
        </w:trPr>
        <w:tc>
          <w:tcPr>
            <w:tcW w:w="959" w:type="dxa"/>
          </w:tcPr>
          <w:p w14:paraId="691D5118" w14:textId="77777777" w:rsidR="007A745D" w:rsidRDefault="007A745D" w:rsidP="00546936"/>
        </w:tc>
        <w:tc>
          <w:tcPr>
            <w:tcW w:w="1134" w:type="dxa"/>
          </w:tcPr>
          <w:p w14:paraId="24BCFB0F" w14:textId="77777777" w:rsidR="007A745D" w:rsidRDefault="007A745D" w:rsidP="00546936"/>
        </w:tc>
        <w:tc>
          <w:tcPr>
            <w:tcW w:w="6804" w:type="dxa"/>
          </w:tcPr>
          <w:p w14:paraId="00F8332A" w14:textId="77777777" w:rsidR="007A745D" w:rsidRDefault="007A745D" w:rsidP="00546936"/>
        </w:tc>
        <w:tc>
          <w:tcPr>
            <w:tcW w:w="2387" w:type="dxa"/>
          </w:tcPr>
          <w:p w14:paraId="4CCF7506" w14:textId="77777777" w:rsidR="007A745D" w:rsidRDefault="007A745D" w:rsidP="00546936"/>
        </w:tc>
        <w:tc>
          <w:tcPr>
            <w:tcW w:w="3412" w:type="dxa"/>
          </w:tcPr>
          <w:p w14:paraId="4DC94BCF" w14:textId="77777777" w:rsidR="007A745D" w:rsidRDefault="007A745D" w:rsidP="00546936"/>
        </w:tc>
      </w:tr>
    </w:tbl>
    <w:p w14:paraId="22E7A745" w14:textId="77777777" w:rsidR="007A745D" w:rsidRDefault="007A745D" w:rsidP="007A745D"/>
    <w:p w14:paraId="2C08CF2B" w14:textId="77777777" w:rsidR="007A745D" w:rsidRDefault="007A745D" w:rsidP="007A745D">
      <w:proofErr w:type="spellStart"/>
      <w:r>
        <w:rPr>
          <w:b/>
        </w:rPr>
        <w:t>Tagesnotizen</w:t>
      </w:r>
      <w:proofErr w:type="spellEnd"/>
      <w:r>
        <w:rPr>
          <w:b/>
        </w:rPr>
        <w:t xml:space="preserve">: </w:t>
      </w:r>
      <w:proofErr w:type="spellStart"/>
      <w:r>
        <w:t>Stuhlgang</w:t>
      </w:r>
      <w:proofErr w:type="spellEnd"/>
      <w:r>
        <w:t xml:space="preserve">: ____________________    Stress (0–10): ______    </w:t>
      </w:r>
      <w:proofErr w:type="spellStart"/>
      <w:r>
        <w:t>Bewegung</w:t>
      </w:r>
      <w:proofErr w:type="spellEnd"/>
      <w:r>
        <w:t xml:space="preserve">: ____________________    </w:t>
      </w:r>
      <w:proofErr w:type="spellStart"/>
      <w:r>
        <w:t>Besonderheiten</w:t>
      </w:r>
      <w:proofErr w:type="spellEnd"/>
      <w:r>
        <w:t>: ______________________________</w:t>
      </w:r>
    </w:p>
    <w:p w14:paraId="0DB184AA" w14:textId="77777777" w:rsidR="007A745D" w:rsidRDefault="007A745D" w:rsidP="007A745D">
      <w:pPr>
        <w:jc w:val="center"/>
      </w:pPr>
      <w:r>
        <w:rPr>
          <w:noProof/>
        </w:rPr>
        <w:lastRenderedPageBreak/>
        <w:drawing>
          <wp:inline distT="0" distB="0" distL="0" distR="0" wp14:anchorId="15EA226B" wp14:editId="52372BB3">
            <wp:extent cx="1866122" cy="1354337"/>
            <wp:effectExtent l="0" t="0" r="1270" b="5080"/>
            <wp:docPr id="1541856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8"/>
                    <a:srcRect t="11522" b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73" cy="13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B2A5F" w14:textId="77777777" w:rsidR="007A745D" w:rsidRDefault="007A745D" w:rsidP="007A745D">
      <w:pPr>
        <w:jc w:val="center"/>
      </w:pPr>
      <w:proofErr w:type="spellStart"/>
      <w:r>
        <w:rPr>
          <w:b/>
          <w:color w:val="6F8B84"/>
          <w:sz w:val="36"/>
        </w:rPr>
        <w:t>Ernährungs</w:t>
      </w:r>
      <w:proofErr w:type="spellEnd"/>
      <w:r>
        <w:rPr>
          <w:b/>
          <w:color w:val="6F8B84"/>
          <w:sz w:val="36"/>
        </w:rPr>
        <w:t xml:space="preserve">- und </w:t>
      </w:r>
      <w:proofErr w:type="spellStart"/>
      <w:r>
        <w:rPr>
          <w:b/>
          <w:color w:val="6F8B84"/>
          <w:sz w:val="36"/>
        </w:rPr>
        <w:t>Symptomprotokoll</w:t>
      </w:r>
      <w:proofErr w:type="spellEnd"/>
      <w:r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129"/>
        <w:gridCol w:w="6651"/>
        <w:gridCol w:w="2378"/>
        <w:gridCol w:w="3355"/>
      </w:tblGrid>
      <w:tr w:rsidR="007A745D" w14:paraId="39F5EA3A" w14:textId="77777777" w:rsidTr="00546936">
        <w:trPr>
          <w:jc w:val="center"/>
        </w:trPr>
        <w:tc>
          <w:tcPr>
            <w:tcW w:w="959" w:type="dxa"/>
            <w:vAlign w:val="center"/>
          </w:tcPr>
          <w:p w14:paraId="6ED57CB0" w14:textId="77777777" w:rsidR="007A745D" w:rsidRDefault="007A745D" w:rsidP="00546936">
            <w:r>
              <w:rPr>
                <w:b/>
              </w:rPr>
              <w:t>Datum</w:t>
            </w:r>
          </w:p>
        </w:tc>
        <w:tc>
          <w:tcPr>
            <w:tcW w:w="1134" w:type="dxa"/>
            <w:vAlign w:val="center"/>
          </w:tcPr>
          <w:p w14:paraId="0F1D67A6" w14:textId="77777777" w:rsidR="007A745D" w:rsidRDefault="007A745D" w:rsidP="00546936">
            <w:proofErr w:type="spellStart"/>
            <w:r>
              <w:rPr>
                <w:b/>
              </w:rPr>
              <w:t>Uhrzeit</w:t>
            </w:r>
            <w:proofErr w:type="spellEnd"/>
          </w:p>
        </w:tc>
        <w:tc>
          <w:tcPr>
            <w:tcW w:w="6804" w:type="dxa"/>
            <w:vAlign w:val="center"/>
          </w:tcPr>
          <w:p w14:paraId="761DFA95" w14:textId="7AB0288D" w:rsidR="007A745D" w:rsidRDefault="007A745D" w:rsidP="00546936">
            <w:proofErr w:type="spellStart"/>
            <w:r>
              <w:rPr>
                <w:b/>
              </w:rPr>
              <w:t>Mahlzeit</w:t>
            </w:r>
            <w:proofErr w:type="spellEnd"/>
            <w:r w:rsidR="0017710B">
              <w:rPr>
                <w:b/>
              </w:rPr>
              <w:t>/</w:t>
            </w:r>
            <w:proofErr w:type="spellStart"/>
            <w:r w:rsidR="0017710B">
              <w:rPr>
                <w:b/>
              </w:rPr>
              <w:t>Getränke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Zutaten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möglichst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auflisten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87" w:type="dxa"/>
            <w:vAlign w:val="center"/>
          </w:tcPr>
          <w:p w14:paraId="77231791" w14:textId="77777777" w:rsidR="007A745D" w:rsidRDefault="007A745D" w:rsidP="00546936">
            <w:proofErr w:type="spellStart"/>
            <w:r>
              <w:rPr>
                <w:b/>
              </w:rPr>
              <w:t>Beschwerdestärke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(0 =</w:t>
            </w:r>
            <w:proofErr w:type="spellStart"/>
            <w:r>
              <w:rPr>
                <w:b/>
              </w:rPr>
              <w:t>keine</w:t>
            </w:r>
            <w:proofErr w:type="spellEnd"/>
            <w:r>
              <w:rPr>
                <w:b/>
              </w:rPr>
              <w:t>, 10=stark)</w:t>
            </w:r>
          </w:p>
        </w:tc>
        <w:tc>
          <w:tcPr>
            <w:tcW w:w="3412" w:type="dxa"/>
            <w:vAlign w:val="center"/>
          </w:tcPr>
          <w:p w14:paraId="184C1608" w14:textId="77777777" w:rsidR="007A745D" w:rsidRDefault="007A745D" w:rsidP="00546936"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Beschwerden</w:t>
            </w:r>
            <w:proofErr w:type="spellEnd"/>
            <w:r>
              <w:rPr>
                <w:b/>
              </w:rPr>
              <w:t>? Wann?</w:t>
            </w:r>
          </w:p>
        </w:tc>
      </w:tr>
      <w:tr w:rsidR="007A745D" w14:paraId="5DA281DD" w14:textId="77777777" w:rsidTr="00546936">
        <w:trPr>
          <w:trHeight w:val="721"/>
          <w:jc w:val="center"/>
        </w:trPr>
        <w:tc>
          <w:tcPr>
            <w:tcW w:w="959" w:type="dxa"/>
          </w:tcPr>
          <w:p w14:paraId="2A278B30" w14:textId="77777777" w:rsidR="007A745D" w:rsidRDefault="007A745D" w:rsidP="00546936"/>
        </w:tc>
        <w:tc>
          <w:tcPr>
            <w:tcW w:w="1134" w:type="dxa"/>
          </w:tcPr>
          <w:p w14:paraId="4A137B4A" w14:textId="77777777" w:rsidR="007A745D" w:rsidRDefault="007A745D" w:rsidP="00546936"/>
        </w:tc>
        <w:tc>
          <w:tcPr>
            <w:tcW w:w="6804" w:type="dxa"/>
          </w:tcPr>
          <w:p w14:paraId="686DB154" w14:textId="77777777" w:rsidR="007A745D" w:rsidRDefault="007A745D" w:rsidP="00546936"/>
        </w:tc>
        <w:tc>
          <w:tcPr>
            <w:tcW w:w="2387" w:type="dxa"/>
          </w:tcPr>
          <w:p w14:paraId="5338CF7D" w14:textId="77777777" w:rsidR="007A745D" w:rsidRDefault="007A745D" w:rsidP="00546936"/>
        </w:tc>
        <w:tc>
          <w:tcPr>
            <w:tcW w:w="3412" w:type="dxa"/>
          </w:tcPr>
          <w:p w14:paraId="457CBE6F" w14:textId="77777777" w:rsidR="007A745D" w:rsidRDefault="007A745D" w:rsidP="00546936"/>
        </w:tc>
      </w:tr>
      <w:tr w:rsidR="007A745D" w14:paraId="05F2DDBC" w14:textId="77777777" w:rsidTr="00546936">
        <w:trPr>
          <w:trHeight w:val="689"/>
          <w:jc w:val="center"/>
        </w:trPr>
        <w:tc>
          <w:tcPr>
            <w:tcW w:w="959" w:type="dxa"/>
          </w:tcPr>
          <w:p w14:paraId="3E5CD773" w14:textId="77777777" w:rsidR="007A745D" w:rsidRDefault="007A745D" w:rsidP="00546936"/>
        </w:tc>
        <w:tc>
          <w:tcPr>
            <w:tcW w:w="1134" w:type="dxa"/>
          </w:tcPr>
          <w:p w14:paraId="0AC21A4B" w14:textId="77777777" w:rsidR="007A745D" w:rsidRDefault="007A745D" w:rsidP="00546936"/>
        </w:tc>
        <w:tc>
          <w:tcPr>
            <w:tcW w:w="6804" w:type="dxa"/>
          </w:tcPr>
          <w:p w14:paraId="5377559C" w14:textId="77777777" w:rsidR="007A745D" w:rsidRDefault="007A745D" w:rsidP="00546936"/>
        </w:tc>
        <w:tc>
          <w:tcPr>
            <w:tcW w:w="2387" w:type="dxa"/>
          </w:tcPr>
          <w:p w14:paraId="241C1B83" w14:textId="77777777" w:rsidR="007A745D" w:rsidRDefault="007A745D" w:rsidP="00546936"/>
        </w:tc>
        <w:tc>
          <w:tcPr>
            <w:tcW w:w="3412" w:type="dxa"/>
          </w:tcPr>
          <w:p w14:paraId="65584242" w14:textId="77777777" w:rsidR="007A745D" w:rsidRDefault="007A745D" w:rsidP="00546936"/>
        </w:tc>
      </w:tr>
      <w:tr w:rsidR="007A745D" w14:paraId="487999D0" w14:textId="77777777" w:rsidTr="00546936">
        <w:trPr>
          <w:trHeight w:val="713"/>
          <w:jc w:val="center"/>
        </w:trPr>
        <w:tc>
          <w:tcPr>
            <w:tcW w:w="959" w:type="dxa"/>
          </w:tcPr>
          <w:p w14:paraId="51311D28" w14:textId="77777777" w:rsidR="007A745D" w:rsidRDefault="007A745D" w:rsidP="00546936"/>
        </w:tc>
        <w:tc>
          <w:tcPr>
            <w:tcW w:w="1134" w:type="dxa"/>
          </w:tcPr>
          <w:p w14:paraId="643879A5" w14:textId="77777777" w:rsidR="007A745D" w:rsidRDefault="007A745D" w:rsidP="00546936"/>
        </w:tc>
        <w:tc>
          <w:tcPr>
            <w:tcW w:w="6804" w:type="dxa"/>
          </w:tcPr>
          <w:p w14:paraId="659FA148" w14:textId="77777777" w:rsidR="007A745D" w:rsidRDefault="007A745D" w:rsidP="00546936"/>
        </w:tc>
        <w:tc>
          <w:tcPr>
            <w:tcW w:w="2387" w:type="dxa"/>
          </w:tcPr>
          <w:p w14:paraId="37FB280A" w14:textId="77777777" w:rsidR="007A745D" w:rsidRDefault="007A745D" w:rsidP="00546936"/>
        </w:tc>
        <w:tc>
          <w:tcPr>
            <w:tcW w:w="3412" w:type="dxa"/>
          </w:tcPr>
          <w:p w14:paraId="393BDC27" w14:textId="77777777" w:rsidR="007A745D" w:rsidRDefault="007A745D" w:rsidP="00546936"/>
        </w:tc>
      </w:tr>
      <w:tr w:rsidR="007A745D" w14:paraId="55E15DFE" w14:textId="77777777" w:rsidTr="00546936">
        <w:trPr>
          <w:trHeight w:val="694"/>
          <w:jc w:val="center"/>
        </w:trPr>
        <w:tc>
          <w:tcPr>
            <w:tcW w:w="959" w:type="dxa"/>
          </w:tcPr>
          <w:p w14:paraId="7C0E8BA3" w14:textId="77777777" w:rsidR="007A745D" w:rsidRDefault="007A745D" w:rsidP="00546936"/>
        </w:tc>
        <w:tc>
          <w:tcPr>
            <w:tcW w:w="1134" w:type="dxa"/>
          </w:tcPr>
          <w:p w14:paraId="550FEC91" w14:textId="77777777" w:rsidR="007A745D" w:rsidRDefault="007A745D" w:rsidP="00546936"/>
        </w:tc>
        <w:tc>
          <w:tcPr>
            <w:tcW w:w="6804" w:type="dxa"/>
          </w:tcPr>
          <w:p w14:paraId="5EF3565C" w14:textId="77777777" w:rsidR="007A745D" w:rsidRDefault="007A745D" w:rsidP="00546936"/>
        </w:tc>
        <w:tc>
          <w:tcPr>
            <w:tcW w:w="2387" w:type="dxa"/>
          </w:tcPr>
          <w:p w14:paraId="3844DF8A" w14:textId="77777777" w:rsidR="007A745D" w:rsidRDefault="007A745D" w:rsidP="00546936"/>
        </w:tc>
        <w:tc>
          <w:tcPr>
            <w:tcW w:w="3412" w:type="dxa"/>
          </w:tcPr>
          <w:p w14:paraId="45407BFC" w14:textId="77777777" w:rsidR="007A745D" w:rsidRDefault="007A745D" w:rsidP="00546936"/>
        </w:tc>
      </w:tr>
      <w:tr w:rsidR="007A745D" w14:paraId="2C5F524A" w14:textId="77777777" w:rsidTr="00546936">
        <w:trPr>
          <w:trHeight w:val="705"/>
          <w:jc w:val="center"/>
        </w:trPr>
        <w:tc>
          <w:tcPr>
            <w:tcW w:w="959" w:type="dxa"/>
          </w:tcPr>
          <w:p w14:paraId="41DFC53F" w14:textId="77777777" w:rsidR="007A745D" w:rsidRDefault="007A745D" w:rsidP="00546936"/>
        </w:tc>
        <w:tc>
          <w:tcPr>
            <w:tcW w:w="1134" w:type="dxa"/>
          </w:tcPr>
          <w:p w14:paraId="409ED1E9" w14:textId="77777777" w:rsidR="007A745D" w:rsidRDefault="007A745D" w:rsidP="00546936"/>
        </w:tc>
        <w:tc>
          <w:tcPr>
            <w:tcW w:w="6804" w:type="dxa"/>
          </w:tcPr>
          <w:p w14:paraId="27E7B130" w14:textId="77777777" w:rsidR="007A745D" w:rsidRDefault="007A745D" w:rsidP="00546936"/>
        </w:tc>
        <w:tc>
          <w:tcPr>
            <w:tcW w:w="2387" w:type="dxa"/>
          </w:tcPr>
          <w:p w14:paraId="7E85343C" w14:textId="77777777" w:rsidR="007A745D" w:rsidRDefault="007A745D" w:rsidP="00546936"/>
        </w:tc>
        <w:tc>
          <w:tcPr>
            <w:tcW w:w="3412" w:type="dxa"/>
          </w:tcPr>
          <w:p w14:paraId="5731CBAB" w14:textId="77777777" w:rsidR="007A745D" w:rsidRDefault="007A745D" w:rsidP="00546936"/>
        </w:tc>
      </w:tr>
      <w:tr w:rsidR="007A745D" w14:paraId="009E0C5A" w14:textId="77777777" w:rsidTr="00546936">
        <w:trPr>
          <w:trHeight w:val="687"/>
          <w:jc w:val="center"/>
        </w:trPr>
        <w:tc>
          <w:tcPr>
            <w:tcW w:w="959" w:type="dxa"/>
          </w:tcPr>
          <w:p w14:paraId="5FE49B53" w14:textId="77777777" w:rsidR="007A745D" w:rsidRDefault="007A745D" w:rsidP="00546936"/>
        </w:tc>
        <w:tc>
          <w:tcPr>
            <w:tcW w:w="1134" w:type="dxa"/>
          </w:tcPr>
          <w:p w14:paraId="6027B311" w14:textId="77777777" w:rsidR="007A745D" w:rsidRDefault="007A745D" w:rsidP="00546936"/>
        </w:tc>
        <w:tc>
          <w:tcPr>
            <w:tcW w:w="6804" w:type="dxa"/>
          </w:tcPr>
          <w:p w14:paraId="6E0D6CF0" w14:textId="77777777" w:rsidR="007A745D" w:rsidRDefault="007A745D" w:rsidP="00546936"/>
        </w:tc>
        <w:tc>
          <w:tcPr>
            <w:tcW w:w="2387" w:type="dxa"/>
          </w:tcPr>
          <w:p w14:paraId="14192442" w14:textId="77777777" w:rsidR="007A745D" w:rsidRDefault="007A745D" w:rsidP="00546936"/>
        </w:tc>
        <w:tc>
          <w:tcPr>
            <w:tcW w:w="3412" w:type="dxa"/>
          </w:tcPr>
          <w:p w14:paraId="2390AF33" w14:textId="77777777" w:rsidR="007A745D" w:rsidRDefault="007A745D" w:rsidP="00546936"/>
        </w:tc>
      </w:tr>
      <w:tr w:rsidR="007A745D" w14:paraId="5962BF19" w14:textId="77777777" w:rsidTr="00546936">
        <w:trPr>
          <w:trHeight w:val="710"/>
          <w:jc w:val="center"/>
        </w:trPr>
        <w:tc>
          <w:tcPr>
            <w:tcW w:w="959" w:type="dxa"/>
          </w:tcPr>
          <w:p w14:paraId="4A4C7D7C" w14:textId="77777777" w:rsidR="007A745D" w:rsidRDefault="007A745D" w:rsidP="00546936"/>
        </w:tc>
        <w:tc>
          <w:tcPr>
            <w:tcW w:w="1134" w:type="dxa"/>
          </w:tcPr>
          <w:p w14:paraId="7376DF01" w14:textId="77777777" w:rsidR="007A745D" w:rsidRDefault="007A745D" w:rsidP="00546936"/>
        </w:tc>
        <w:tc>
          <w:tcPr>
            <w:tcW w:w="6804" w:type="dxa"/>
          </w:tcPr>
          <w:p w14:paraId="32561051" w14:textId="77777777" w:rsidR="007A745D" w:rsidRDefault="007A745D" w:rsidP="00546936"/>
        </w:tc>
        <w:tc>
          <w:tcPr>
            <w:tcW w:w="2387" w:type="dxa"/>
          </w:tcPr>
          <w:p w14:paraId="2ABCBCEF" w14:textId="77777777" w:rsidR="007A745D" w:rsidRDefault="007A745D" w:rsidP="00546936"/>
        </w:tc>
        <w:tc>
          <w:tcPr>
            <w:tcW w:w="3412" w:type="dxa"/>
          </w:tcPr>
          <w:p w14:paraId="25A8D792" w14:textId="77777777" w:rsidR="007A745D" w:rsidRDefault="007A745D" w:rsidP="00546936"/>
        </w:tc>
      </w:tr>
      <w:tr w:rsidR="007A745D" w14:paraId="77395879" w14:textId="77777777" w:rsidTr="00546936">
        <w:trPr>
          <w:trHeight w:val="565"/>
          <w:jc w:val="center"/>
        </w:trPr>
        <w:tc>
          <w:tcPr>
            <w:tcW w:w="959" w:type="dxa"/>
          </w:tcPr>
          <w:p w14:paraId="3C4A11BA" w14:textId="77777777" w:rsidR="007A745D" w:rsidRDefault="007A745D" w:rsidP="00546936"/>
        </w:tc>
        <w:tc>
          <w:tcPr>
            <w:tcW w:w="1134" w:type="dxa"/>
          </w:tcPr>
          <w:p w14:paraId="0096D8C7" w14:textId="77777777" w:rsidR="007A745D" w:rsidRDefault="007A745D" w:rsidP="00546936"/>
        </w:tc>
        <w:tc>
          <w:tcPr>
            <w:tcW w:w="6804" w:type="dxa"/>
          </w:tcPr>
          <w:p w14:paraId="3606F35B" w14:textId="77777777" w:rsidR="007A745D" w:rsidRDefault="007A745D" w:rsidP="00546936"/>
        </w:tc>
        <w:tc>
          <w:tcPr>
            <w:tcW w:w="2387" w:type="dxa"/>
          </w:tcPr>
          <w:p w14:paraId="43B2B237" w14:textId="77777777" w:rsidR="007A745D" w:rsidRDefault="007A745D" w:rsidP="00546936"/>
        </w:tc>
        <w:tc>
          <w:tcPr>
            <w:tcW w:w="3412" w:type="dxa"/>
          </w:tcPr>
          <w:p w14:paraId="396BCA36" w14:textId="77777777" w:rsidR="007A745D" w:rsidRDefault="007A745D" w:rsidP="00546936"/>
        </w:tc>
      </w:tr>
    </w:tbl>
    <w:p w14:paraId="6E041882" w14:textId="77777777" w:rsidR="007A745D" w:rsidRDefault="007A745D" w:rsidP="007A745D"/>
    <w:p w14:paraId="2E2D2B7D" w14:textId="77777777" w:rsidR="007A745D" w:rsidRDefault="007A745D" w:rsidP="007A745D">
      <w:proofErr w:type="spellStart"/>
      <w:r>
        <w:rPr>
          <w:b/>
        </w:rPr>
        <w:t>Tagesnotizen</w:t>
      </w:r>
      <w:proofErr w:type="spellEnd"/>
      <w:r>
        <w:rPr>
          <w:b/>
        </w:rPr>
        <w:t xml:space="preserve">: </w:t>
      </w:r>
      <w:proofErr w:type="spellStart"/>
      <w:r>
        <w:t>Stuhlgang</w:t>
      </w:r>
      <w:proofErr w:type="spellEnd"/>
      <w:r>
        <w:t xml:space="preserve">: ____________________    Stress (0–10): ______    </w:t>
      </w:r>
      <w:proofErr w:type="spellStart"/>
      <w:r>
        <w:t>Bewegung</w:t>
      </w:r>
      <w:proofErr w:type="spellEnd"/>
      <w:r>
        <w:t xml:space="preserve">: ____________________    </w:t>
      </w:r>
      <w:proofErr w:type="spellStart"/>
      <w:r>
        <w:t>Besonderheiten</w:t>
      </w:r>
      <w:proofErr w:type="spellEnd"/>
      <w:r>
        <w:t>: ______________________________</w:t>
      </w:r>
    </w:p>
    <w:p w14:paraId="29946126" w14:textId="77777777" w:rsidR="007A745D" w:rsidRDefault="007A745D" w:rsidP="007A745D">
      <w:pPr>
        <w:jc w:val="center"/>
      </w:pPr>
      <w:r>
        <w:rPr>
          <w:noProof/>
        </w:rPr>
        <w:lastRenderedPageBreak/>
        <w:drawing>
          <wp:inline distT="0" distB="0" distL="0" distR="0" wp14:anchorId="11A9EE5A" wp14:editId="3F29B921">
            <wp:extent cx="1866122" cy="1354337"/>
            <wp:effectExtent l="0" t="0" r="1270" b="5080"/>
            <wp:docPr id="515259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 rotWithShape="1">
                    <a:blip r:embed="rId8"/>
                    <a:srcRect t="11522" b="1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73" cy="13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5FB098" w14:textId="77777777" w:rsidR="007A745D" w:rsidRDefault="007A745D" w:rsidP="007A745D">
      <w:pPr>
        <w:jc w:val="center"/>
      </w:pPr>
      <w:proofErr w:type="spellStart"/>
      <w:r>
        <w:rPr>
          <w:b/>
          <w:color w:val="6F8B84"/>
          <w:sz w:val="36"/>
        </w:rPr>
        <w:t>Ernährungs</w:t>
      </w:r>
      <w:proofErr w:type="spellEnd"/>
      <w:r>
        <w:rPr>
          <w:b/>
          <w:color w:val="6F8B84"/>
          <w:sz w:val="36"/>
        </w:rPr>
        <w:t xml:space="preserve">- und </w:t>
      </w:r>
      <w:proofErr w:type="spellStart"/>
      <w:r>
        <w:rPr>
          <w:b/>
          <w:color w:val="6F8B84"/>
          <w:sz w:val="36"/>
        </w:rPr>
        <w:t>Symptomprotokoll</w:t>
      </w:r>
      <w:proofErr w:type="spellEnd"/>
      <w:r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"/>
        <w:gridCol w:w="1129"/>
        <w:gridCol w:w="6651"/>
        <w:gridCol w:w="2378"/>
        <w:gridCol w:w="3355"/>
      </w:tblGrid>
      <w:tr w:rsidR="007A745D" w14:paraId="48E7BEC7" w14:textId="77777777" w:rsidTr="00546936">
        <w:trPr>
          <w:jc w:val="center"/>
        </w:trPr>
        <w:tc>
          <w:tcPr>
            <w:tcW w:w="959" w:type="dxa"/>
            <w:vAlign w:val="center"/>
          </w:tcPr>
          <w:p w14:paraId="3E067D21" w14:textId="77777777" w:rsidR="007A745D" w:rsidRDefault="007A745D" w:rsidP="00546936">
            <w:r>
              <w:rPr>
                <w:b/>
              </w:rPr>
              <w:t>Datum</w:t>
            </w:r>
          </w:p>
        </w:tc>
        <w:tc>
          <w:tcPr>
            <w:tcW w:w="1134" w:type="dxa"/>
            <w:vAlign w:val="center"/>
          </w:tcPr>
          <w:p w14:paraId="19FB2086" w14:textId="77777777" w:rsidR="007A745D" w:rsidRDefault="007A745D" w:rsidP="00546936">
            <w:proofErr w:type="spellStart"/>
            <w:r>
              <w:rPr>
                <w:b/>
              </w:rPr>
              <w:t>Uhrzeit</w:t>
            </w:r>
            <w:proofErr w:type="spellEnd"/>
          </w:p>
        </w:tc>
        <w:tc>
          <w:tcPr>
            <w:tcW w:w="6804" w:type="dxa"/>
            <w:vAlign w:val="center"/>
          </w:tcPr>
          <w:p w14:paraId="521B7DBC" w14:textId="0BB28887" w:rsidR="007A745D" w:rsidRDefault="007A745D" w:rsidP="00546936">
            <w:proofErr w:type="spellStart"/>
            <w:r>
              <w:rPr>
                <w:b/>
              </w:rPr>
              <w:t>Mahlzeit</w:t>
            </w:r>
            <w:proofErr w:type="spellEnd"/>
            <w:r w:rsidR="0017710B">
              <w:rPr>
                <w:b/>
              </w:rPr>
              <w:t>/</w:t>
            </w:r>
            <w:proofErr w:type="spellStart"/>
            <w:r w:rsidR="0017710B">
              <w:rPr>
                <w:b/>
              </w:rPr>
              <w:t>Getränke</w:t>
            </w:r>
            <w:proofErr w:type="spellEnd"/>
            <w:r w:rsidR="0017710B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Zutaten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möglichst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genau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auflisten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87" w:type="dxa"/>
            <w:vAlign w:val="center"/>
          </w:tcPr>
          <w:p w14:paraId="03B372F6" w14:textId="77777777" w:rsidR="007A745D" w:rsidRDefault="007A745D" w:rsidP="00546936">
            <w:proofErr w:type="spellStart"/>
            <w:r>
              <w:rPr>
                <w:b/>
              </w:rPr>
              <w:t>Beschwerdestärke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(0 =</w:t>
            </w:r>
            <w:proofErr w:type="spellStart"/>
            <w:r>
              <w:rPr>
                <w:b/>
              </w:rPr>
              <w:t>keine</w:t>
            </w:r>
            <w:proofErr w:type="spellEnd"/>
            <w:r>
              <w:rPr>
                <w:b/>
              </w:rPr>
              <w:t>, 10=stark)</w:t>
            </w:r>
          </w:p>
        </w:tc>
        <w:tc>
          <w:tcPr>
            <w:tcW w:w="3412" w:type="dxa"/>
            <w:vAlign w:val="center"/>
          </w:tcPr>
          <w:p w14:paraId="164DFCCB" w14:textId="77777777" w:rsidR="007A745D" w:rsidRDefault="007A745D" w:rsidP="00546936">
            <w:proofErr w:type="spellStart"/>
            <w:r>
              <w:rPr>
                <w:b/>
              </w:rPr>
              <w:t>Welche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Beschwerden</w:t>
            </w:r>
            <w:proofErr w:type="spellEnd"/>
            <w:r>
              <w:rPr>
                <w:b/>
              </w:rPr>
              <w:t>? Wann?</w:t>
            </w:r>
          </w:p>
        </w:tc>
      </w:tr>
      <w:tr w:rsidR="007A745D" w14:paraId="6255F933" w14:textId="77777777" w:rsidTr="00546936">
        <w:trPr>
          <w:trHeight w:val="721"/>
          <w:jc w:val="center"/>
        </w:trPr>
        <w:tc>
          <w:tcPr>
            <w:tcW w:w="959" w:type="dxa"/>
          </w:tcPr>
          <w:p w14:paraId="7D8EB99F" w14:textId="77777777" w:rsidR="007A745D" w:rsidRDefault="007A745D" w:rsidP="00546936"/>
        </w:tc>
        <w:tc>
          <w:tcPr>
            <w:tcW w:w="1134" w:type="dxa"/>
          </w:tcPr>
          <w:p w14:paraId="67740717" w14:textId="77777777" w:rsidR="007A745D" w:rsidRDefault="007A745D" w:rsidP="00546936"/>
        </w:tc>
        <w:tc>
          <w:tcPr>
            <w:tcW w:w="6804" w:type="dxa"/>
          </w:tcPr>
          <w:p w14:paraId="6940E0A2" w14:textId="77777777" w:rsidR="007A745D" w:rsidRDefault="007A745D" w:rsidP="00546936"/>
        </w:tc>
        <w:tc>
          <w:tcPr>
            <w:tcW w:w="2387" w:type="dxa"/>
          </w:tcPr>
          <w:p w14:paraId="78F69A8A" w14:textId="77777777" w:rsidR="007A745D" w:rsidRDefault="007A745D" w:rsidP="00546936"/>
        </w:tc>
        <w:tc>
          <w:tcPr>
            <w:tcW w:w="3412" w:type="dxa"/>
          </w:tcPr>
          <w:p w14:paraId="27938B5B" w14:textId="77777777" w:rsidR="007A745D" w:rsidRDefault="007A745D" w:rsidP="00546936"/>
        </w:tc>
      </w:tr>
      <w:tr w:rsidR="007A745D" w14:paraId="7A767C25" w14:textId="77777777" w:rsidTr="00546936">
        <w:trPr>
          <w:trHeight w:val="689"/>
          <w:jc w:val="center"/>
        </w:trPr>
        <w:tc>
          <w:tcPr>
            <w:tcW w:w="959" w:type="dxa"/>
          </w:tcPr>
          <w:p w14:paraId="1745FCE3" w14:textId="77777777" w:rsidR="007A745D" w:rsidRDefault="007A745D" w:rsidP="00546936"/>
        </w:tc>
        <w:tc>
          <w:tcPr>
            <w:tcW w:w="1134" w:type="dxa"/>
          </w:tcPr>
          <w:p w14:paraId="73033E65" w14:textId="77777777" w:rsidR="007A745D" w:rsidRDefault="007A745D" w:rsidP="00546936"/>
        </w:tc>
        <w:tc>
          <w:tcPr>
            <w:tcW w:w="6804" w:type="dxa"/>
          </w:tcPr>
          <w:p w14:paraId="5E7D8FCB" w14:textId="77777777" w:rsidR="007A745D" w:rsidRDefault="007A745D" w:rsidP="00546936"/>
        </w:tc>
        <w:tc>
          <w:tcPr>
            <w:tcW w:w="2387" w:type="dxa"/>
          </w:tcPr>
          <w:p w14:paraId="12023631" w14:textId="77777777" w:rsidR="007A745D" w:rsidRDefault="007A745D" w:rsidP="00546936"/>
        </w:tc>
        <w:tc>
          <w:tcPr>
            <w:tcW w:w="3412" w:type="dxa"/>
          </w:tcPr>
          <w:p w14:paraId="79E5A84D" w14:textId="77777777" w:rsidR="007A745D" w:rsidRDefault="007A745D" w:rsidP="00546936"/>
        </w:tc>
      </w:tr>
      <w:tr w:rsidR="007A745D" w14:paraId="3ABF4B81" w14:textId="77777777" w:rsidTr="00546936">
        <w:trPr>
          <w:trHeight w:val="713"/>
          <w:jc w:val="center"/>
        </w:trPr>
        <w:tc>
          <w:tcPr>
            <w:tcW w:w="959" w:type="dxa"/>
          </w:tcPr>
          <w:p w14:paraId="2E85801E" w14:textId="77777777" w:rsidR="007A745D" w:rsidRDefault="007A745D" w:rsidP="00546936"/>
        </w:tc>
        <w:tc>
          <w:tcPr>
            <w:tcW w:w="1134" w:type="dxa"/>
          </w:tcPr>
          <w:p w14:paraId="5290CF4C" w14:textId="77777777" w:rsidR="007A745D" w:rsidRDefault="007A745D" w:rsidP="00546936"/>
        </w:tc>
        <w:tc>
          <w:tcPr>
            <w:tcW w:w="6804" w:type="dxa"/>
          </w:tcPr>
          <w:p w14:paraId="186D6CA1" w14:textId="77777777" w:rsidR="007A745D" w:rsidRDefault="007A745D" w:rsidP="00546936"/>
        </w:tc>
        <w:tc>
          <w:tcPr>
            <w:tcW w:w="2387" w:type="dxa"/>
          </w:tcPr>
          <w:p w14:paraId="38ED240C" w14:textId="77777777" w:rsidR="007A745D" w:rsidRDefault="007A745D" w:rsidP="00546936"/>
        </w:tc>
        <w:tc>
          <w:tcPr>
            <w:tcW w:w="3412" w:type="dxa"/>
          </w:tcPr>
          <w:p w14:paraId="7C8CA5BD" w14:textId="77777777" w:rsidR="007A745D" w:rsidRDefault="007A745D" w:rsidP="00546936"/>
        </w:tc>
      </w:tr>
      <w:tr w:rsidR="007A745D" w14:paraId="00200B7E" w14:textId="77777777" w:rsidTr="00546936">
        <w:trPr>
          <w:trHeight w:val="694"/>
          <w:jc w:val="center"/>
        </w:trPr>
        <w:tc>
          <w:tcPr>
            <w:tcW w:w="959" w:type="dxa"/>
          </w:tcPr>
          <w:p w14:paraId="57C079D7" w14:textId="77777777" w:rsidR="007A745D" w:rsidRDefault="007A745D" w:rsidP="00546936"/>
        </w:tc>
        <w:tc>
          <w:tcPr>
            <w:tcW w:w="1134" w:type="dxa"/>
          </w:tcPr>
          <w:p w14:paraId="0E0F0F1D" w14:textId="77777777" w:rsidR="007A745D" w:rsidRDefault="007A745D" w:rsidP="00546936"/>
        </w:tc>
        <w:tc>
          <w:tcPr>
            <w:tcW w:w="6804" w:type="dxa"/>
          </w:tcPr>
          <w:p w14:paraId="72C3957D" w14:textId="77777777" w:rsidR="007A745D" w:rsidRDefault="007A745D" w:rsidP="00546936"/>
        </w:tc>
        <w:tc>
          <w:tcPr>
            <w:tcW w:w="2387" w:type="dxa"/>
          </w:tcPr>
          <w:p w14:paraId="544AC0F7" w14:textId="77777777" w:rsidR="007A745D" w:rsidRDefault="007A745D" w:rsidP="00546936"/>
        </w:tc>
        <w:tc>
          <w:tcPr>
            <w:tcW w:w="3412" w:type="dxa"/>
          </w:tcPr>
          <w:p w14:paraId="52D9946D" w14:textId="77777777" w:rsidR="007A745D" w:rsidRDefault="007A745D" w:rsidP="00546936"/>
        </w:tc>
      </w:tr>
      <w:tr w:rsidR="007A745D" w14:paraId="2C2DE6B2" w14:textId="77777777" w:rsidTr="00546936">
        <w:trPr>
          <w:trHeight w:val="705"/>
          <w:jc w:val="center"/>
        </w:trPr>
        <w:tc>
          <w:tcPr>
            <w:tcW w:w="959" w:type="dxa"/>
          </w:tcPr>
          <w:p w14:paraId="686597D8" w14:textId="77777777" w:rsidR="007A745D" w:rsidRDefault="007A745D" w:rsidP="00546936"/>
        </w:tc>
        <w:tc>
          <w:tcPr>
            <w:tcW w:w="1134" w:type="dxa"/>
          </w:tcPr>
          <w:p w14:paraId="1C7F26B8" w14:textId="77777777" w:rsidR="007A745D" w:rsidRDefault="007A745D" w:rsidP="00546936"/>
        </w:tc>
        <w:tc>
          <w:tcPr>
            <w:tcW w:w="6804" w:type="dxa"/>
          </w:tcPr>
          <w:p w14:paraId="54FD1C43" w14:textId="77777777" w:rsidR="007A745D" w:rsidRDefault="007A745D" w:rsidP="00546936"/>
        </w:tc>
        <w:tc>
          <w:tcPr>
            <w:tcW w:w="2387" w:type="dxa"/>
          </w:tcPr>
          <w:p w14:paraId="0D3211C1" w14:textId="77777777" w:rsidR="007A745D" w:rsidRDefault="007A745D" w:rsidP="00546936"/>
        </w:tc>
        <w:tc>
          <w:tcPr>
            <w:tcW w:w="3412" w:type="dxa"/>
          </w:tcPr>
          <w:p w14:paraId="54DFE3AA" w14:textId="77777777" w:rsidR="007A745D" w:rsidRDefault="007A745D" w:rsidP="00546936"/>
        </w:tc>
      </w:tr>
      <w:tr w:rsidR="007A745D" w14:paraId="2D3A3389" w14:textId="77777777" w:rsidTr="00546936">
        <w:trPr>
          <w:trHeight w:val="687"/>
          <w:jc w:val="center"/>
        </w:trPr>
        <w:tc>
          <w:tcPr>
            <w:tcW w:w="959" w:type="dxa"/>
          </w:tcPr>
          <w:p w14:paraId="77F810C1" w14:textId="77777777" w:rsidR="007A745D" w:rsidRDefault="007A745D" w:rsidP="00546936"/>
        </w:tc>
        <w:tc>
          <w:tcPr>
            <w:tcW w:w="1134" w:type="dxa"/>
          </w:tcPr>
          <w:p w14:paraId="02A7B101" w14:textId="77777777" w:rsidR="007A745D" w:rsidRDefault="007A745D" w:rsidP="00546936"/>
        </w:tc>
        <w:tc>
          <w:tcPr>
            <w:tcW w:w="6804" w:type="dxa"/>
          </w:tcPr>
          <w:p w14:paraId="763E349F" w14:textId="77777777" w:rsidR="007A745D" w:rsidRDefault="007A745D" w:rsidP="00546936"/>
        </w:tc>
        <w:tc>
          <w:tcPr>
            <w:tcW w:w="2387" w:type="dxa"/>
          </w:tcPr>
          <w:p w14:paraId="4B75BFFC" w14:textId="77777777" w:rsidR="007A745D" w:rsidRDefault="007A745D" w:rsidP="00546936"/>
        </w:tc>
        <w:tc>
          <w:tcPr>
            <w:tcW w:w="3412" w:type="dxa"/>
          </w:tcPr>
          <w:p w14:paraId="7F52F97D" w14:textId="77777777" w:rsidR="007A745D" w:rsidRDefault="007A745D" w:rsidP="00546936"/>
        </w:tc>
      </w:tr>
      <w:tr w:rsidR="007A745D" w14:paraId="6A02077D" w14:textId="77777777" w:rsidTr="00546936">
        <w:trPr>
          <w:trHeight w:val="710"/>
          <w:jc w:val="center"/>
        </w:trPr>
        <w:tc>
          <w:tcPr>
            <w:tcW w:w="959" w:type="dxa"/>
          </w:tcPr>
          <w:p w14:paraId="2CD7E3AA" w14:textId="77777777" w:rsidR="007A745D" w:rsidRDefault="007A745D" w:rsidP="00546936"/>
        </w:tc>
        <w:tc>
          <w:tcPr>
            <w:tcW w:w="1134" w:type="dxa"/>
          </w:tcPr>
          <w:p w14:paraId="7145C2E0" w14:textId="77777777" w:rsidR="007A745D" w:rsidRDefault="007A745D" w:rsidP="00546936"/>
        </w:tc>
        <w:tc>
          <w:tcPr>
            <w:tcW w:w="6804" w:type="dxa"/>
          </w:tcPr>
          <w:p w14:paraId="1C520E94" w14:textId="77777777" w:rsidR="007A745D" w:rsidRDefault="007A745D" w:rsidP="00546936"/>
        </w:tc>
        <w:tc>
          <w:tcPr>
            <w:tcW w:w="2387" w:type="dxa"/>
          </w:tcPr>
          <w:p w14:paraId="1305F958" w14:textId="77777777" w:rsidR="007A745D" w:rsidRDefault="007A745D" w:rsidP="00546936"/>
        </w:tc>
        <w:tc>
          <w:tcPr>
            <w:tcW w:w="3412" w:type="dxa"/>
          </w:tcPr>
          <w:p w14:paraId="673B5392" w14:textId="77777777" w:rsidR="007A745D" w:rsidRDefault="007A745D" w:rsidP="00546936"/>
        </w:tc>
      </w:tr>
      <w:tr w:rsidR="007A745D" w14:paraId="116B04F6" w14:textId="77777777" w:rsidTr="00546936">
        <w:trPr>
          <w:trHeight w:val="565"/>
          <w:jc w:val="center"/>
        </w:trPr>
        <w:tc>
          <w:tcPr>
            <w:tcW w:w="959" w:type="dxa"/>
          </w:tcPr>
          <w:p w14:paraId="6AE6457C" w14:textId="77777777" w:rsidR="007A745D" w:rsidRDefault="007A745D" w:rsidP="00546936"/>
        </w:tc>
        <w:tc>
          <w:tcPr>
            <w:tcW w:w="1134" w:type="dxa"/>
          </w:tcPr>
          <w:p w14:paraId="1F04A8A6" w14:textId="77777777" w:rsidR="007A745D" w:rsidRDefault="007A745D" w:rsidP="00546936"/>
        </w:tc>
        <w:tc>
          <w:tcPr>
            <w:tcW w:w="6804" w:type="dxa"/>
          </w:tcPr>
          <w:p w14:paraId="10C6B2DD" w14:textId="77777777" w:rsidR="007A745D" w:rsidRDefault="007A745D" w:rsidP="00546936"/>
        </w:tc>
        <w:tc>
          <w:tcPr>
            <w:tcW w:w="2387" w:type="dxa"/>
          </w:tcPr>
          <w:p w14:paraId="31C8717F" w14:textId="77777777" w:rsidR="007A745D" w:rsidRDefault="007A745D" w:rsidP="00546936"/>
        </w:tc>
        <w:tc>
          <w:tcPr>
            <w:tcW w:w="3412" w:type="dxa"/>
          </w:tcPr>
          <w:p w14:paraId="71B6EB3A" w14:textId="77777777" w:rsidR="007A745D" w:rsidRDefault="007A745D" w:rsidP="00546936"/>
        </w:tc>
      </w:tr>
    </w:tbl>
    <w:p w14:paraId="51AA12A1" w14:textId="77777777" w:rsidR="007A745D" w:rsidRDefault="007A745D" w:rsidP="007A745D"/>
    <w:p w14:paraId="646E30DD" w14:textId="3EAFF6F0" w:rsidR="007A745D" w:rsidRDefault="007A745D" w:rsidP="007A745D">
      <w:proofErr w:type="spellStart"/>
      <w:r>
        <w:rPr>
          <w:b/>
        </w:rPr>
        <w:t>Tagesnotizen</w:t>
      </w:r>
      <w:proofErr w:type="spellEnd"/>
      <w:r>
        <w:rPr>
          <w:b/>
        </w:rPr>
        <w:t xml:space="preserve">: </w:t>
      </w:r>
      <w:proofErr w:type="spellStart"/>
      <w:r>
        <w:t>Stuhlgang</w:t>
      </w:r>
      <w:proofErr w:type="spellEnd"/>
      <w:r>
        <w:t xml:space="preserve">: ____________________    Stress (0–10): ______    </w:t>
      </w:r>
      <w:proofErr w:type="spellStart"/>
      <w:r>
        <w:t>Bewegung</w:t>
      </w:r>
      <w:proofErr w:type="spellEnd"/>
      <w:r>
        <w:t xml:space="preserve">: ____________________    </w:t>
      </w:r>
      <w:proofErr w:type="spellStart"/>
      <w:r>
        <w:t>Besonderheiten</w:t>
      </w:r>
      <w:proofErr w:type="spellEnd"/>
      <w:r>
        <w:t>: ______________________________</w:t>
      </w:r>
    </w:p>
    <w:sectPr w:rsidR="007A745D" w:rsidSect="00034616">
      <w:footerReference w:type="default" r:id="rId9"/>
      <w:pgSz w:w="15840" w:h="12240" w:orient="landscape"/>
      <w:pgMar w:top="567" w:right="680" w:bottom="567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0C4A" w14:textId="77777777" w:rsidR="00D26740" w:rsidRDefault="00D26740" w:rsidP="007A745D">
      <w:pPr>
        <w:spacing w:after="0" w:line="240" w:lineRule="auto"/>
      </w:pPr>
      <w:r>
        <w:separator/>
      </w:r>
    </w:p>
  </w:endnote>
  <w:endnote w:type="continuationSeparator" w:id="0">
    <w:p w14:paraId="4E88B801" w14:textId="77777777" w:rsidR="00D26740" w:rsidRDefault="00D26740" w:rsidP="007A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1D8FF" w14:textId="77777777" w:rsidR="007A745D" w:rsidRDefault="007A745D">
    <w:pPr>
      <w:pStyle w:val="Fuzeile"/>
      <w:jc w:val="right"/>
    </w:pPr>
    <w:r>
      <w:rPr>
        <w:color w:val="4F81BD" w:themeColor="accent1"/>
        <w:sz w:val="20"/>
        <w:szCs w:val="20"/>
      </w:rPr>
      <w:t xml:space="preserve">S.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\* Arabisch</w:instrText>
    </w:r>
    <w:r>
      <w:rPr>
        <w:color w:val="4F81BD" w:themeColor="accent1"/>
        <w:sz w:val="20"/>
        <w:szCs w:val="20"/>
      </w:rPr>
      <w:fldChar w:fldCharType="separate"/>
    </w:r>
    <w:r>
      <w:rPr>
        <w:color w:val="4F81BD" w:themeColor="accent1"/>
        <w:sz w:val="20"/>
        <w:szCs w:val="20"/>
      </w:rPr>
      <w:t>1</w:t>
    </w:r>
    <w:r>
      <w:rPr>
        <w:color w:val="4F81BD" w:themeColor="accent1"/>
        <w:sz w:val="20"/>
        <w:szCs w:val="20"/>
      </w:rPr>
      <w:fldChar w:fldCharType="end"/>
    </w:r>
  </w:p>
  <w:p w14:paraId="424F7CAB" w14:textId="117B98CE" w:rsidR="007A745D" w:rsidRPr="007A745D" w:rsidRDefault="007A745D">
    <w:pPr>
      <w:pStyle w:val="Fuzeile"/>
      <w:rPr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0279" w14:textId="77777777" w:rsidR="00D26740" w:rsidRDefault="00D26740" w:rsidP="007A745D">
      <w:pPr>
        <w:spacing w:after="0" w:line="240" w:lineRule="auto"/>
      </w:pPr>
      <w:r>
        <w:separator/>
      </w:r>
    </w:p>
  </w:footnote>
  <w:footnote w:type="continuationSeparator" w:id="0">
    <w:p w14:paraId="1F4623CE" w14:textId="77777777" w:rsidR="00D26740" w:rsidRDefault="00D26740" w:rsidP="007A7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5927845">
    <w:abstractNumId w:val="8"/>
  </w:num>
  <w:num w:numId="2" w16cid:durableId="298265944">
    <w:abstractNumId w:val="6"/>
  </w:num>
  <w:num w:numId="3" w16cid:durableId="1964799813">
    <w:abstractNumId w:val="5"/>
  </w:num>
  <w:num w:numId="4" w16cid:durableId="1218053127">
    <w:abstractNumId w:val="4"/>
  </w:num>
  <w:num w:numId="5" w16cid:durableId="1062602494">
    <w:abstractNumId w:val="7"/>
  </w:num>
  <w:num w:numId="6" w16cid:durableId="713623390">
    <w:abstractNumId w:val="3"/>
  </w:num>
  <w:num w:numId="7" w16cid:durableId="1431197232">
    <w:abstractNumId w:val="2"/>
  </w:num>
  <w:num w:numId="8" w16cid:durableId="498498062">
    <w:abstractNumId w:val="1"/>
  </w:num>
  <w:num w:numId="9" w16cid:durableId="184373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710B"/>
    <w:rsid w:val="0029639D"/>
    <w:rsid w:val="00326F90"/>
    <w:rsid w:val="00390106"/>
    <w:rsid w:val="007A745D"/>
    <w:rsid w:val="009B5E12"/>
    <w:rsid w:val="00AA1D8D"/>
    <w:rsid w:val="00AC1608"/>
    <w:rsid w:val="00B47730"/>
    <w:rsid w:val="00CB0664"/>
    <w:rsid w:val="00D267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35155D"/>
  <w14:defaultImageDpi w14:val="300"/>
  <w15:docId w15:val="{55003F56-5627-7541-B783-F8FE8ED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</Words>
  <Characters>1773</Characters>
  <Application>Microsoft Office Word</Application>
  <DocSecurity>0</DocSecurity>
  <Lines>295</Lines>
  <Paragraphs>48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Haberl</cp:lastModifiedBy>
  <cp:revision>3</cp:revision>
  <dcterms:created xsi:type="dcterms:W3CDTF">2026-07-09T13:26:00Z</dcterms:created>
  <dcterms:modified xsi:type="dcterms:W3CDTF">2026-07-09T13:27:00Z</dcterms:modified>
  <cp:category/>
</cp:coreProperties>
</file>